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22" w:type="dxa"/>
        <w:tblInd w:w="42" w:type="dxa"/>
        <w:tblLayout w:type="fixed"/>
        <w:tblLook w:val="0000" w:firstRow="0" w:lastRow="0" w:firstColumn="0" w:lastColumn="0" w:noHBand="0" w:noVBand="0"/>
      </w:tblPr>
      <w:tblGrid>
        <w:gridCol w:w="3894"/>
        <w:gridCol w:w="5528"/>
      </w:tblGrid>
      <w:tr w:rsidR="009501AE" w:rsidRPr="00C71301" w14:paraId="549134F8" w14:textId="77777777" w:rsidTr="00C266E5">
        <w:trPr>
          <w:trHeight w:val="721"/>
        </w:trPr>
        <w:tc>
          <w:tcPr>
            <w:tcW w:w="3894" w:type="dxa"/>
          </w:tcPr>
          <w:p w14:paraId="7C3B82F5" w14:textId="77777777" w:rsidR="009501AE" w:rsidRPr="00C71301" w:rsidRDefault="009501AE" w:rsidP="007940F6">
            <w:pPr>
              <w:tabs>
                <w:tab w:val="left" w:pos="1152"/>
              </w:tabs>
              <w:snapToGrid w:val="0"/>
              <w:spacing w:after="0" w:line="240" w:lineRule="auto"/>
              <w:jc w:val="center"/>
              <w:rPr>
                <w:b/>
                <w:sz w:val="24"/>
                <w:szCs w:val="24"/>
              </w:rPr>
            </w:pPr>
            <w:r w:rsidRPr="00C71301">
              <w:rPr>
                <w:noProof/>
                <w:sz w:val="24"/>
                <w:szCs w:val="24"/>
              </w:rPr>
              <mc:AlternateContent>
                <mc:Choice Requires="wps">
                  <w:drawing>
                    <wp:anchor distT="0" distB="0" distL="114300" distR="114300" simplePos="0" relativeHeight="251659264" behindDoc="0" locked="0" layoutInCell="1" allowOverlap="1" wp14:anchorId="1DC6F9C1" wp14:editId="75682CB7">
                      <wp:simplePos x="0" y="0"/>
                      <wp:positionH relativeFrom="column">
                        <wp:posOffset>687070</wp:posOffset>
                      </wp:positionH>
                      <wp:positionV relativeFrom="paragraph">
                        <wp:posOffset>427990</wp:posOffset>
                      </wp:positionV>
                      <wp:extent cx="1114425" cy="0"/>
                      <wp:effectExtent l="0" t="0" r="0" b="0"/>
                      <wp:wrapNone/>
                      <wp:docPr id="630495538"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442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128B86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1pt,33.7pt" to="141.85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" strokeweight=".26mm">
                      <v:stroke joinstyle="miter"/>
                    </v:line>
                  </w:pict>
                </mc:Fallback>
              </mc:AlternateContent>
            </w:r>
            <w:r w:rsidRPr="00C71301">
              <w:rPr>
                <w:b/>
                <w:sz w:val="24"/>
                <w:szCs w:val="24"/>
              </w:rPr>
              <w:t xml:space="preserve">      </w:t>
            </w:r>
            <w:r w:rsidRPr="00C71301">
              <w:rPr>
                <w:iCs/>
                <w:sz w:val="24"/>
                <w:szCs w:val="24"/>
              </w:rPr>
              <w:t xml:space="preserve">UBND TỈNH </w:t>
            </w:r>
            <w:r>
              <w:rPr>
                <w:iCs/>
                <w:sz w:val="24"/>
                <w:szCs w:val="24"/>
              </w:rPr>
              <w:t>GIA LAI</w:t>
            </w:r>
            <w:r w:rsidRPr="00C71301">
              <w:rPr>
                <w:iCs/>
                <w:sz w:val="24"/>
                <w:szCs w:val="24"/>
              </w:rPr>
              <w:t xml:space="preserve">   </w:t>
            </w:r>
            <w:r w:rsidRPr="00C71301">
              <w:rPr>
                <w:b/>
                <w:sz w:val="24"/>
                <w:szCs w:val="24"/>
              </w:rPr>
              <w:br/>
            </w:r>
            <w:r w:rsidRPr="00C71301">
              <w:rPr>
                <w:b/>
                <w:bCs/>
                <w:sz w:val="24"/>
                <w:szCs w:val="24"/>
              </w:rPr>
              <w:t>BAN QUẢN LÝ KHU KINH TẾ</w:t>
            </w:r>
            <w:r w:rsidRPr="00C71301">
              <w:rPr>
                <w:b/>
                <w:sz w:val="24"/>
                <w:szCs w:val="24"/>
              </w:rPr>
              <w:br/>
            </w:r>
          </w:p>
        </w:tc>
        <w:tc>
          <w:tcPr>
            <w:tcW w:w="5528" w:type="dxa"/>
          </w:tcPr>
          <w:p w14:paraId="121BEE4A" w14:textId="77777777" w:rsidR="009501AE" w:rsidRPr="00C71301" w:rsidRDefault="009501AE" w:rsidP="007940F6">
            <w:pPr>
              <w:tabs>
                <w:tab w:val="left" w:pos="1152"/>
              </w:tabs>
              <w:snapToGrid w:val="0"/>
              <w:spacing w:after="0" w:line="240" w:lineRule="auto"/>
              <w:jc w:val="center"/>
              <w:rPr>
                <w:b/>
                <w:sz w:val="24"/>
                <w:szCs w:val="24"/>
              </w:rPr>
            </w:pPr>
            <w:r w:rsidRPr="00C71301">
              <w:rPr>
                <w:noProof/>
                <w:sz w:val="24"/>
                <w:szCs w:val="24"/>
              </w:rPr>
              <mc:AlternateContent>
                <mc:Choice Requires="wps">
                  <w:drawing>
                    <wp:anchor distT="0" distB="0" distL="114300" distR="114300" simplePos="0" relativeHeight="251660288" behindDoc="0" locked="0" layoutInCell="1" allowOverlap="1" wp14:anchorId="38884CE3" wp14:editId="5FFA6339">
                      <wp:simplePos x="0" y="0"/>
                      <wp:positionH relativeFrom="column">
                        <wp:posOffset>740410</wp:posOffset>
                      </wp:positionH>
                      <wp:positionV relativeFrom="paragraph">
                        <wp:posOffset>427990</wp:posOffset>
                      </wp:positionV>
                      <wp:extent cx="2019300" cy="0"/>
                      <wp:effectExtent l="0" t="0" r="0" b="0"/>
                      <wp:wrapNone/>
                      <wp:docPr id="160025137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77D4159"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pt,33.7pt" to="217.3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" strokeweight=".26mm">
                      <v:stroke joinstyle="miter"/>
                    </v:line>
                  </w:pict>
                </mc:Fallback>
              </mc:AlternateContent>
            </w:r>
            <w:r w:rsidRPr="00C71301">
              <w:rPr>
                <w:b/>
                <w:bCs/>
                <w:iCs/>
                <w:sz w:val="24"/>
                <w:szCs w:val="24"/>
              </w:rPr>
              <w:t>CỘNG HÒA XÃ HỘI CHỦ NGHĨA VIỆT NAM</w:t>
            </w:r>
            <w:r w:rsidRPr="00C71301">
              <w:rPr>
                <w:sz w:val="24"/>
                <w:szCs w:val="24"/>
              </w:rPr>
              <w:br/>
            </w:r>
            <w:r w:rsidRPr="00C71301">
              <w:rPr>
                <w:b/>
                <w:bCs/>
                <w:sz w:val="24"/>
                <w:szCs w:val="24"/>
              </w:rPr>
              <w:t xml:space="preserve">  </w:t>
            </w:r>
            <w:r w:rsidRPr="00C71301">
              <w:rPr>
                <w:b/>
                <w:bCs/>
                <w:szCs w:val="24"/>
              </w:rPr>
              <w:t>Độc lập - Tự do - Hạnh phúc</w:t>
            </w:r>
            <w:r w:rsidRPr="00C71301">
              <w:rPr>
                <w:b/>
                <w:szCs w:val="24"/>
              </w:rPr>
              <w:br/>
            </w:r>
          </w:p>
        </w:tc>
      </w:tr>
      <w:tr w:rsidR="009501AE" w:rsidRPr="00BF52B5" w14:paraId="5DCFBE93" w14:textId="77777777" w:rsidTr="00C266E5">
        <w:trPr>
          <w:trHeight w:val="422"/>
        </w:trPr>
        <w:tc>
          <w:tcPr>
            <w:tcW w:w="3894" w:type="dxa"/>
          </w:tcPr>
          <w:p w14:paraId="61A9EEC0" w14:textId="77777777" w:rsidR="009501AE" w:rsidRPr="00BF52B5" w:rsidRDefault="009501AE" w:rsidP="007940F6">
            <w:pPr>
              <w:tabs>
                <w:tab w:val="left" w:pos="1152"/>
              </w:tabs>
              <w:snapToGrid w:val="0"/>
              <w:spacing w:after="0" w:line="240" w:lineRule="auto"/>
              <w:jc w:val="center"/>
              <w:rPr>
                <w:b/>
                <w:sz w:val="12"/>
                <w:szCs w:val="26"/>
              </w:rPr>
            </w:pPr>
            <w:r w:rsidRPr="00BF52B5">
              <w:rPr>
                <w:iCs/>
              </w:rPr>
              <w:t xml:space="preserve">Số: </w:t>
            </w:r>
            <w:r>
              <w:rPr>
                <w:iCs/>
              </w:rPr>
              <w:t xml:space="preserve">         </w:t>
            </w:r>
            <w:r w:rsidRPr="00BF52B5">
              <w:rPr>
                <w:iCs/>
              </w:rPr>
              <w:t>/</w:t>
            </w:r>
            <w:r w:rsidRPr="00C71301">
              <w:rPr>
                <w:iCs/>
              </w:rPr>
              <w:t>QĐ-BQL</w:t>
            </w:r>
          </w:p>
        </w:tc>
        <w:tc>
          <w:tcPr>
            <w:tcW w:w="5528" w:type="dxa"/>
          </w:tcPr>
          <w:p w14:paraId="4F3921BA" w14:textId="4E0C1D93" w:rsidR="009501AE" w:rsidRPr="00BF52B5" w:rsidRDefault="009501AE" w:rsidP="007940F6">
            <w:pPr>
              <w:tabs>
                <w:tab w:val="left" w:pos="1152"/>
              </w:tabs>
              <w:snapToGrid w:val="0"/>
              <w:spacing w:after="0" w:line="240" w:lineRule="auto"/>
              <w:jc w:val="right"/>
              <w:rPr>
                <w:b/>
                <w:i/>
                <w:sz w:val="8"/>
              </w:rPr>
            </w:pPr>
            <w:r w:rsidRPr="009836B8">
              <w:rPr>
                <w:i/>
                <w:iCs/>
              </w:rPr>
              <w:t xml:space="preserve">        </w:t>
            </w:r>
            <w:r>
              <w:rPr>
                <w:i/>
              </w:rPr>
              <w:t>Gia Lai</w:t>
            </w:r>
            <w:r w:rsidRPr="00BF52B5">
              <w:rPr>
                <w:i/>
              </w:rPr>
              <w:t xml:space="preserve">, ngày </w:t>
            </w:r>
            <w:r>
              <w:rPr>
                <w:i/>
              </w:rPr>
              <w:t xml:space="preserve">    </w:t>
            </w:r>
            <w:r w:rsidRPr="00BF52B5">
              <w:rPr>
                <w:i/>
              </w:rPr>
              <w:t xml:space="preserve"> tháng </w:t>
            </w:r>
            <w:r>
              <w:rPr>
                <w:i/>
              </w:rPr>
              <w:t xml:space="preserve">10 </w:t>
            </w:r>
            <w:r w:rsidRPr="00BF52B5">
              <w:rPr>
                <w:i/>
              </w:rPr>
              <w:t>năm 202</w:t>
            </w:r>
            <w:r>
              <w:rPr>
                <w:i/>
              </w:rPr>
              <w:t>6</w:t>
            </w:r>
          </w:p>
        </w:tc>
      </w:tr>
    </w:tbl>
    <w:p w14:paraId="05CEFDB9" w14:textId="77777777" w:rsidR="009501AE" w:rsidRPr="00891D90" w:rsidRDefault="009501AE" w:rsidP="009501AE">
      <w:pPr>
        <w:spacing w:after="0" w:line="240" w:lineRule="auto"/>
        <w:jc w:val="center"/>
        <w:rPr>
          <w:b/>
          <w:sz w:val="20"/>
          <w:szCs w:val="14"/>
        </w:rPr>
      </w:pPr>
    </w:p>
    <w:p w14:paraId="00F993DA" w14:textId="77777777" w:rsidR="009501AE" w:rsidRDefault="009501AE" w:rsidP="009501AE">
      <w:pPr>
        <w:spacing w:after="0" w:line="240" w:lineRule="auto"/>
        <w:jc w:val="center"/>
        <w:rPr>
          <w:b/>
          <w:sz w:val="28"/>
        </w:rPr>
      </w:pPr>
    </w:p>
    <w:p w14:paraId="70E86065" w14:textId="41D7703C" w:rsidR="009501AE" w:rsidRPr="00C266E5" w:rsidRDefault="009501AE" w:rsidP="004E7911">
      <w:pPr>
        <w:spacing w:after="0" w:line="276" w:lineRule="auto"/>
        <w:jc w:val="center"/>
        <w:rPr>
          <w:sz w:val="28"/>
          <w:szCs w:val="28"/>
        </w:rPr>
      </w:pPr>
      <w:r w:rsidRPr="00C266E5">
        <w:rPr>
          <w:b/>
          <w:sz w:val="28"/>
          <w:szCs w:val="28"/>
        </w:rPr>
        <w:t>QUYẾT ĐỊNH</w:t>
      </w:r>
    </w:p>
    <w:p w14:paraId="3EDCBB63" w14:textId="61A77E4A" w:rsidR="006B0C96" w:rsidRPr="00C266E5" w:rsidRDefault="00000000" w:rsidP="004E7911">
      <w:pPr>
        <w:spacing w:line="276" w:lineRule="auto"/>
        <w:jc w:val="center"/>
        <w:rPr>
          <w:b/>
          <w:sz w:val="28"/>
          <w:szCs w:val="28"/>
        </w:rPr>
      </w:pPr>
      <w:r w:rsidRPr="00C266E5">
        <w:rPr>
          <w:b/>
          <w:sz w:val="28"/>
          <w:szCs w:val="28"/>
        </w:rPr>
        <w:t xml:space="preserve">Ban hành Quy chế </w:t>
      </w:r>
      <w:r w:rsidR="009501AE" w:rsidRPr="00C266E5">
        <w:rPr>
          <w:b/>
          <w:sz w:val="28"/>
          <w:szCs w:val="28"/>
        </w:rPr>
        <w:t>quản lý, vận hành và cung cấp thông tin</w:t>
      </w:r>
      <w:r w:rsidRPr="00C266E5">
        <w:rPr>
          <w:b/>
          <w:sz w:val="28"/>
          <w:szCs w:val="28"/>
        </w:rPr>
        <w:t xml:space="preserve"> </w:t>
      </w:r>
      <w:r w:rsidR="009501AE" w:rsidRPr="00C266E5">
        <w:rPr>
          <w:b/>
          <w:sz w:val="28"/>
          <w:szCs w:val="28"/>
        </w:rPr>
        <w:t xml:space="preserve">trên </w:t>
      </w:r>
      <w:r w:rsidRPr="00C266E5">
        <w:rPr>
          <w:b/>
          <w:sz w:val="28"/>
          <w:szCs w:val="28"/>
        </w:rPr>
        <w:t>Trang thông tin điện tử</w:t>
      </w:r>
      <w:r w:rsidR="009501AE" w:rsidRPr="00C266E5">
        <w:rPr>
          <w:b/>
          <w:sz w:val="28"/>
          <w:szCs w:val="28"/>
        </w:rPr>
        <w:t xml:space="preserve"> của </w:t>
      </w:r>
      <w:r w:rsidRPr="00C266E5">
        <w:rPr>
          <w:b/>
          <w:sz w:val="28"/>
          <w:szCs w:val="28"/>
        </w:rPr>
        <w:t xml:space="preserve">Ban Quản lý Khu kinh tế </w:t>
      </w:r>
    </w:p>
    <w:p w14:paraId="6B55CF08" w14:textId="1CCDA695" w:rsidR="009501AE" w:rsidRPr="00C266E5" w:rsidRDefault="00DE7C42">
      <w:pPr>
        <w:jc w:val="center"/>
        <w:rPr>
          <w:sz w:val="28"/>
          <w:szCs w:val="28"/>
        </w:rPr>
      </w:pPr>
      <w:r>
        <w:rPr>
          <w:noProof/>
          <w:sz w:val="28"/>
          <w:szCs w:val="28"/>
        </w:rPr>
        <mc:AlternateContent>
          <mc:Choice Requires="wps">
            <w:drawing>
              <wp:anchor distT="0" distB="0" distL="114300" distR="114300" simplePos="0" relativeHeight="251661312" behindDoc="0" locked="0" layoutInCell="1" allowOverlap="1" wp14:anchorId="187C63B2" wp14:editId="79CEC175">
                <wp:simplePos x="0" y="0"/>
                <wp:positionH relativeFrom="column">
                  <wp:posOffset>2228752</wp:posOffset>
                </wp:positionH>
                <wp:positionV relativeFrom="paragraph">
                  <wp:posOffset>-3476</wp:posOffset>
                </wp:positionV>
                <wp:extent cx="1363851" cy="0"/>
                <wp:effectExtent l="0" t="0" r="0" b="0"/>
                <wp:wrapNone/>
                <wp:docPr id="1385541621" name="Straight Connector 1"/>
                <wp:cNvGraphicFramePr/>
                <a:graphic xmlns:a="http://schemas.openxmlformats.org/drawingml/2006/main">
                  <a:graphicData uri="http://schemas.microsoft.com/office/word/2010/wordprocessingShape">
                    <wps:wsp>
                      <wps:cNvCnPr/>
                      <wps:spPr>
                        <a:xfrm>
                          <a:off x="0" y="0"/>
                          <a:ext cx="13638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CEEA0B"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5.5pt,-.25pt" to="282.9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" strokecolor="black [3040]"/>
            </w:pict>
          </mc:Fallback>
        </mc:AlternateContent>
      </w:r>
    </w:p>
    <w:p w14:paraId="350DA207" w14:textId="71A4B538" w:rsidR="006B0C96" w:rsidRPr="00C266E5" w:rsidRDefault="00000000">
      <w:pPr>
        <w:jc w:val="center"/>
        <w:rPr>
          <w:b/>
          <w:sz w:val="28"/>
          <w:szCs w:val="28"/>
        </w:rPr>
      </w:pPr>
      <w:r w:rsidRPr="00C266E5">
        <w:rPr>
          <w:b/>
          <w:sz w:val="28"/>
          <w:szCs w:val="28"/>
        </w:rPr>
        <w:t xml:space="preserve">TRƯỞNG BAN QUẢN LÝ KHU KINH TẾ </w:t>
      </w:r>
    </w:p>
    <w:p w14:paraId="7E955376" w14:textId="77777777" w:rsidR="009501AE" w:rsidRDefault="009501AE">
      <w:pPr>
        <w:jc w:val="center"/>
        <w:rPr>
          <w:sz w:val="28"/>
          <w:szCs w:val="28"/>
        </w:rPr>
      </w:pPr>
    </w:p>
    <w:p w14:paraId="70309E0F" w14:textId="11027F57" w:rsidR="004E7911" w:rsidRPr="004E7911" w:rsidRDefault="004E7911" w:rsidP="004E7911">
      <w:pPr>
        <w:spacing w:before="120" w:after="120" w:line="276" w:lineRule="auto"/>
        <w:ind w:firstLine="567"/>
        <w:jc w:val="both"/>
        <w:rPr>
          <w:i/>
          <w:iCs/>
          <w:sz w:val="28"/>
          <w:szCs w:val="28"/>
        </w:rPr>
      </w:pPr>
      <w:r w:rsidRPr="00C266E5">
        <w:rPr>
          <w:i/>
          <w:sz w:val="28"/>
          <w:szCs w:val="28"/>
        </w:rPr>
        <w:t xml:space="preserve">Căn cứ </w:t>
      </w:r>
      <w:r w:rsidRPr="004E7911">
        <w:rPr>
          <w:i/>
          <w:iCs/>
          <w:sz w:val="28"/>
          <w:szCs w:val="28"/>
        </w:rPr>
        <w:t xml:space="preserve">Nghị định </w:t>
      </w:r>
      <w:r w:rsidR="00477E2F">
        <w:rPr>
          <w:i/>
          <w:iCs/>
          <w:sz w:val="28"/>
          <w:szCs w:val="28"/>
        </w:rPr>
        <w:t xml:space="preserve">số </w:t>
      </w:r>
      <w:r w:rsidRPr="004E7911">
        <w:rPr>
          <w:i/>
          <w:iCs/>
          <w:sz w:val="28"/>
          <w:szCs w:val="28"/>
        </w:rPr>
        <w:t>224/2026/NĐ-CP</w:t>
      </w:r>
      <w:r w:rsidR="005B66B6" w:rsidRPr="005B66B6">
        <w:t xml:space="preserve"> </w:t>
      </w:r>
      <w:r w:rsidR="005B66B6" w:rsidRPr="005B66B6">
        <w:rPr>
          <w:i/>
          <w:iCs/>
          <w:sz w:val="28"/>
          <w:szCs w:val="28"/>
        </w:rPr>
        <w:t xml:space="preserve">ngày 24 tháng 6 năm 2026 </w:t>
      </w:r>
      <w:r w:rsidRPr="004E7911">
        <w:rPr>
          <w:i/>
          <w:iCs/>
          <w:sz w:val="28"/>
          <w:szCs w:val="28"/>
        </w:rPr>
        <w:t>của Chính phủ quy định chi tiết một số điều và biện pháp thi hành Luật Chuyển đổi số</w:t>
      </w:r>
      <w:r>
        <w:rPr>
          <w:i/>
          <w:iCs/>
          <w:sz w:val="28"/>
          <w:szCs w:val="28"/>
        </w:rPr>
        <w:t>;</w:t>
      </w:r>
    </w:p>
    <w:p w14:paraId="670DB0F2" w14:textId="77777777" w:rsidR="006B0C96" w:rsidRPr="00C266E5" w:rsidRDefault="00000000" w:rsidP="004E7911">
      <w:pPr>
        <w:spacing w:before="120" w:after="120" w:line="276" w:lineRule="auto"/>
        <w:ind w:firstLine="567"/>
        <w:jc w:val="both"/>
        <w:rPr>
          <w:sz w:val="28"/>
          <w:szCs w:val="28"/>
        </w:rPr>
      </w:pPr>
      <w:r w:rsidRPr="00C266E5">
        <w:rPr>
          <w:i/>
          <w:sz w:val="28"/>
          <w:szCs w:val="28"/>
        </w:rPr>
        <w:t>Căn cứ Quyết định số 1498/QĐ-TTg ngày 08 tháng 7 năm 2025 của Thủ tướng Chính phủ về việc thành lập Ban Quản lý Khu kinh tế tỉnh Gia Lai;</w:t>
      </w:r>
    </w:p>
    <w:p w14:paraId="134A1BEB" w14:textId="77A2AE29" w:rsidR="006B0C96" w:rsidRPr="00C266E5" w:rsidRDefault="00000000" w:rsidP="004E7911">
      <w:pPr>
        <w:spacing w:before="120" w:after="120" w:line="276" w:lineRule="auto"/>
        <w:ind w:firstLine="567"/>
        <w:jc w:val="both"/>
        <w:rPr>
          <w:i/>
          <w:sz w:val="28"/>
          <w:szCs w:val="28"/>
        </w:rPr>
      </w:pPr>
      <w:r w:rsidRPr="00C266E5">
        <w:rPr>
          <w:i/>
          <w:sz w:val="28"/>
          <w:szCs w:val="28"/>
        </w:rPr>
        <w:t>Căn cứ Quyết định số 15/2025/QĐ-UBND ngày 12 tháng 7 năm 2025 của Ủy ban nhân dân tỉnh quy định chức năng, nhiệm vụ, quyền hạn và cơ cấu tổ chức của Ban Quản lý Khu kinh tế;</w:t>
      </w:r>
    </w:p>
    <w:p w14:paraId="1D1DBE58" w14:textId="160451BB" w:rsidR="006B0C96" w:rsidRDefault="00000000" w:rsidP="004E7911">
      <w:pPr>
        <w:spacing w:before="120" w:after="120" w:line="276" w:lineRule="auto"/>
        <w:ind w:firstLine="567"/>
        <w:jc w:val="both"/>
        <w:rPr>
          <w:i/>
          <w:sz w:val="28"/>
          <w:szCs w:val="28"/>
        </w:rPr>
      </w:pPr>
      <w:r w:rsidRPr="00C266E5">
        <w:rPr>
          <w:i/>
          <w:sz w:val="28"/>
          <w:szCs w:val="28"/>
        </w:rPr>
        <w:t>Căn cứ Quyết định số 31/2025/QĐ-UBND ngày 14 tháng 10 năm 2025 của Ủy ban nhân dân tỉnh ban hành Quy chế quản lý, vận hành và cung cấp thông tin trên Cổng thông tin điện tử và các Trang thông tin điện tử của các cơ quan nhà nước trên địa bàn tỉnh Gia Lai;</w:t>
      </w:r>
    </w:p>
    <w:p w14:paraId="643BF946" w14:textId="36DD624B" w:rsidR="005B66B6" w:rsidRPr="00C266E5" w:rsidRDefault="005B66B6" w:rsidP="005B66B6">
      <w:pPr>
        <w:spacing w:before="120" w:after="120" w:line="276" w:lineRule="auto"/>
        <w:ind w:firstLine="567"/>
        <w:jc w:val="both"/>
        <w:rPr>
          <w:i/>
          <w:iCs/>
          <w:sz w:val="28"/>
          <w:szCs w:val="28"/>
        </w:rPr>
      </w:pPr>
      <w:r w:rsidRPr="00C266E5">
        <w:rPr>
          <w:i/>
          <w:sz w:val="28"/>
          <w:szCs w:val="28"/>
        </w:rPr>
        <w:t xml:space="preserve">Căn cứ Quyết định số </w:t>
      </w:r>
      <w:r w:rsidRPr="00C266E5">
        <w:rPr>
          <w:i/>
          <w:iCs/>
          <w:sz w:val="28"/>
          <w:szCs w:val="28"/>
        </w:rPr>
        <w:t xml:space="preserve">4049/QĐ-UBND </w:t>
      </w:r>
      <w:r w:rsidRPr="00C266E5">
        <w:rPr>
          <w:i/>
          <w:sz w:val="28"/>
          <w:szCs w:val="28"/>
        </w:rPr>
        <w:t>của Ủy ban nhân dân tỉnh</w:t>
      </w:r>
      <w:r w:rsidRPr="00C266E5">
        <w:rPr>
          <w:i/>
          <w:iCs/>
          <w:sz w:val="28"/>
          <w:szCs w:val="28"/>
        </w:rPr>
        <w:t xml:space="preserve"> </w:t>
      </w:r>
      <w:r w:rsidR="00EF584C" w:rsidRPr="00EF584C">
        <w:rPr>
          <w:i/>
          <w:iCs/>
          <w:sz w:val="28"/>
          <w:szCs w:val="28"/>
        </w:rPr>
        <w:t>ngày 23 tháng 9 năm 2026</w:t>
      </w:r>
      <w:r w:rsidR="00EF584C">
        <w:rPr>
          <w:i/>
          <w:iCs/>
          <w:sz w:val="28"/>
          <w:szCs w:val="28"/>
        </w:rPr>
        <w:t xml:space="preserve"> </w:t>
      </w:r>
      <w:r w:rsidRPr="00C266E5">
        <w:rPr>
          <w:i/>
          <w:iCs/>
          <w:sz w:val="28"/>
          <w:szCs w:val="28"/>
        </w:rPr>
        <w:t>về việc ban hành Bộ tiêu chí đánh giá chất lượng các Trang thông tin điện tử thành phần thuộc Cổng thông tin điện tử tỉnh Gia Lai;</w:t>
      </w:r>
    </w:p>
    <w:p w14:paraId="191C03BF" w14:textId="4609A5C8" w:rsidR="006B0C96" w:rsidRPr="00C266E5" w:rsidRDefault="00000000" w:rsidP="004E7911">
      <w:pPr>
        <w:spacing w:before="120" w:after="120" w:line="276" w:lineRule="auto"/>
        <w:ind w:firstLine="567"/>
        <w:jc w:val="both"/>
        <w:rPr>
          <w:i/>
          <w:sz w:val="28"/>
          <w:szCs w:val="28"/>
        </w:rPr>
      </w:pPr>
      <w:r w:rsidRPr="00C266E5">
        <w:rPr>
          <w:i/>
          <w:sz w:val="28"/>
          <w:szCs w:val="28"/>
        </w:rPr>
        <w:t>Căn cứ Quyết định số 84/QĐ-BQL ngày 28 tháng 7 năm 2025 của Trưởng Ban Quản lý Khu kinh tế về việc thành lập Ban Biên tập Trang thông tin điện tử Ban Quản lý Khu kinh tế;</w:t>
      </w:r>
    </w:p>
    <w:p w14:paraId="4A049D3C" w14:textId="4CB61208" w:rsidR="009501AE" w:rsidRPr="00C266E5" w:rsidRDefault="00DE7C42" w:rsidP="004E7911">
      <w:pPr>
        <w:spacing w:before="120" w:after="120" w:line="276" w:lineRule="auto"/>
        <w:ind w:firstLine="567"/>
        <w:jc w:val="both"/>
        <w:rPr>
          <w:i/>
          <w:sz w:val="28"/>
          <w:szCs w:val="28"/>
        </w:rPr>
      </w:pPr>
      <w:r>
        <w:rPr>
          <w:i/>
          <w:sz w:val="28"/>
          <w:szCs w:val="28"/>
        </w:rPr>
        <w:t>Theo</w:t>
      </w:r>
      <w:r w:rsidR="009501AE" w:rsidRPr="00C266E5">
        <w:rPr>
          <w:i/>
          <w:sz w:val="28"/>
          <w:szCs w:val="28"/>
        </w:rPr>
        <w:t xml:space="preserve"> đề nghị của Chánh Văn phòng Ban Quản lý Khu kinh tế.</w:t>
      </w:r>
    </w:p>
    <w:p w14:paraId="5D709996" w14:textId="77777777" w:rsidR="009501AE" w:rsidRPr="00C266E5" w:rsidRDefault="009501AE" w:rsidP="009501AE">
      <w:pPr>
        <w:spacing w:after="0" w:line="240" w:lineRule="auto"/>
        <w:ind w:firstLine="567"/>
        <w:jc w:val="both"/>
        <w:rPr>
          <w:sz w:val="28"/>
          <w:szCs w:val="28"/>
        </w:rPr>
      </w:pPr>
    </w:p>
    <w:p w14:paraId="40B13101" w14:textId="0065EF56" w:rsidR="006B0C96" w:rsidRPr="00C266E5" w:rsidRDefault="00000000" w:rsidP="00DE7C42">
      <w:pPr>
        <w:spacing w:after="240"/>
        <w:jc w:val="center"/>
        <w:rPr>
          <w:sz w:val="28"/>
          <w:szCs w:val="28"/>
        </w:rPr>
      </w:pPr>
      <w:r w:rsidRPr="00C266E5">
        <w:rPr>
          <w:b/>
          <w:sz w:val="28"/>
          <w:szCs w:val="28"/>
        </w:rPr>
        <w:t>QUYẾT ĐỊNH</w:t>
      </w:r>
      <w:r w:rsidR="00DE7C42">
        <w:rPr>
          <w:b/>
          <w:sz w:val="28"/>
          <w:szCs w:val="28"/>
        </w:rPr>
        <w:t>:</w:t>
      </w:r>
    </w:p>
    <w:p w14:paraId="68B1D1FF" w14:textId="76C3B730" w:rsidR="006B0C96" w:rsidRPr="00C266E5" w:rsidRDefault="00000000" w:rsidP="004E7911">
      <w:pPr>
        <w:spacing w:before="120" w:after="120" w:line="276" w:lineRule="auto"/>
        <w:ind w:firstLine="567"/>
        <w:jc w:val="both"/>
        <w:rPr>
          <w:sz w:val="28"/>
          <w:szCs w:val="28"/>
        </w:rPr>
      </w:pPr>
      <w:r w:rsidRPr="00C266E5">
        <w:rPr>
          <w:b/>
          <w:bCs/>
          <w:sz w:val="28"/>
          <w:szCs w:val="28"/>
        </w:rPr>
        <w:t>Điều 1.</w:t>
      </w:r>
      <w:r w:rsidRPr="00C266E5">
        <w:rPr>
          <w:sz w:val="28"/>
          <w:szCs w:val="28"/>
        </w:rPr>
        <w:t xml:space="preserve"> Ban hành kèm theo Quyết định này </w:t>
      </w:r>
      <w:r w:rsidR="009501AE" w:rsidRPr="00C266E5">
        <w:rPr>
          <w:sz w:val="28"/>
          <w:szCs w:val="28"/>
        </w:rPr>
        <w:t>Quy chế quản lý, vận hành và cung cấp thông tin trên Trang thông tin điện tử của Ban Quản lý Khu kinh tế</w:t>
      </w:r>
      <w:r w:rsidRPr="00C266E5">
        <w:rPr>
          <w:sz w:val="28"/>
          <w:szCs w:val="28"/>
        </w:rPr>
        <w:t>.</w:t>
      </w:r>
    </w:p>
    <w:p w14:paraId="08D20D4A" w14:textId="03747378" w:rsidR="006B0C96" w:rsidRPr="00C266E5" w:rsidRDefault="00000000" w:rsidP="004E7911">
      <w:pPr>
        <w:spacing w:before="120" w:after="120" w:line="276" w:lineRule="auto"/>
        <w:ind w:firstLine="567"/>
        <w:jc w:val="both"/>
        <w:rPr>
          <w:sz w:val="28"/>
          <w:szCs w:val="28"/>
        </w:rPr>
      </w:pPr>
      <w:r w:rsidRPr="00C266E5">
        <w:rPr>
          <w:b/>
          <w:bCs/>
          <w:sz w:val="28"/>
          <w:szCs w:val="28"/>
        </w:rPr>
        <w:lastRenderedPageBreak/>
        <w:t>Điều 2.</w:t>
      </w:r>
      <w:r w:rsidRPr="00C266E5">
        <w:rPr>
          <w:sz w:val="28"/>
          <w:szCs w:val="28"/>
        </w:rPr>
        <w:t xml:space="preserve"> </w:t>
      </w:r>
      <w:r w:rsidR="009501AE" w:rsidRPr="00C266E5">
        <w:rPr>
          <w:sz w:val="28"/>
          <w:szCs w:val="28"/>
        </w:rPr>
        <w:t>Quyết định này có hiệu lực thi hành kể từ ngày ký.</w:t>
      </w:r>
      <w:r w:rsidRPr="00C266E5">
        <w:rPr>
          <w:sz w:val="28"/>
          <w:szCs w:val="28"/>
        </w:rPr>
        <w:t xml:space="preserve"> Giao Văn phòng Ban làm đầu mối thường trực, phối hợp Ban Biên tập và các phòng, đơn vị tổ chức thực hiện Quy chế.</w:t>
      </w:r>
    </w:p>
    <w:p w14:paraId="7D5487B3" w14:textId="6610AC36" w:rsidR="006B0C96" w:rsidRPr="00C266E5" w:rsidRDefault="00000000">
      <w:pPr>
        <w:ind w:firstLine="567"/>
        <w:jc w:val="both"/>
        <w:rPr>
          <w:sz w:val="28"/>
          <w:szCs w:val="28"/>
        </w:rPr>
      </w:pPr>
      <w:r w:rsidRPr="00C266E5">
        <w:rPr>
          <w:b/>
          <w:bCs/>
          <w:sz w:val="28"/>
          <w:szCs w:val="28"/>
        </w:rPr>
        <w:t>Điều 3.</w:t>
      </w:r>
      <w:r w:rsidRPr="00C266E5">
        <w:rPr>
          <w:sz w:val="28"/>
          <w:szCs w:val="28"/>
        </w:rPr>
        <w:t xml:space="preserve"> Chánh Văn phòng Ban, Trưởng các phòng chuyên môn, Thủ trưởng các đơn vị trực thuộc, các thành viên Ban Biên tập và tổ chức, cá nhân có liên quan chịu trách nhiệm thi hành Quyết định này./.</w:t>
      </w:r>
    </w:p>
    <w:p w14:paraId="1CF23C9E" w14:textId="77777777" w:rsidR="00C266E5" w:rsidRDefault="00C266E5">
      <w:pPr>
        <w:ind w:firstLine="567"/>
        <w:jc w:val="both"/>
      </w:pPr>
    </w:p>
    <w:tbl>
      <w:tblPr>
        <w:tblW w:w="0" w:type="auto"/>
        <w:tblLayout w:type="fixed"/>
        <w:tblLook w:val="04A0" w:firstRow="1" w:lastRow="0" w:firstColumn="1" w:lastColumn="0" w:noHBand="0" w:noVBand="1"/>
      </w:tblPr>
      <w:tblGrid>
        <w:gridCol w:w="4535"/>
        <w:gridCol w:w="4929"/>
      </w:tblGrid>
      <w:tr w:rsidR="006B0C96" w14:paraId="2391D829" w14:textId="77777777" w:rsidTr="004E7911">
        <w:tc>
          <w:tcPr>
            <w:tcW w:w="4535" w:type="dxa"/>
          </w:tcPr>
          <w:p w14:paraId="2154EFF9" w14:textId="77777777" w:rsidR="00C266E5" w:rsidRDefault="00C266E5" w:rsidP="00C266E5">
            <w:pPr>
              <w:spacing w:after="0" w:line="240" w:lineRule="auto"/>
              <w:jc w:val="both"/>
              <w:rPr>
                <w:b/>
                <w:sz w:val="24"/>
                <w:szCs w:val="24"/>
              </w:rPr>
            </w:pPr>
          </w:p>
          <w:p w14:paraId="5EB2AFB4" w14:textId="3578F68C" w:rsidR="00C266E5" w:rsidRPr="004E7911" w:rsidRDefault="00C266E5" w:rsidP="00C266E5">
            <w:pPr>
              <w:spacing w:after="0" w:line="240" w:lineRule="auto"/>
              <w:jc w:val="both"/>
              <w:rPr>
                <w:b/>
                <w:i/>
                <w:iCs/>
                <w:sz w:val="24"/>
                <w:szCs w:val="24"/>
              </w:rPr>
            </w:pPr>
            <w:r w:rsidRPr="004E7911">
              <w:rPr>
                <w:b/>
                <w:i/>
                <w:iCs/>
                <w:sz w:val="24"/>
                <w:szCs w:val="24"/>
              </w:rPr>
              <w:t>Nơi nhận</w:t>
            </w:r>
            <w:r w:rsidR="00410C92">
              <w:rPr>
                <w:b/>
                <w:i/>
                <w:iCs/>
                <w:sz w:val="24"/>
                <w:szCs w:val="24"/>
              </w:rPr>
              <w:t>:</w:t>
            </w:r>
          </w:p>
          <w:p w14:paraId="080B6542" w14:textId="4E97F92D" w:rsidR="00C266E5" w:rsidRPr="00A31D90" w:rsidRDefault="00C266E5" w:rsidP="00C266E5">
            <w:pPr>
              <w:spacing w:after="0" w:line="240" w:lineRule="auto"/>
              <w:jc w:val="both"/>
              <w:rPr>
                <w:sz w:val="22"/>
              </w:rPr>
            </w:pPr>
            <w:r w:rsidRPr="00A31D90">
              <w:rPr>
                <w:sz w:val="22"/>
              </w:rPr>
              <w:t xml:space="preserve">- Như </w:t>
            </w:r>
            <w:r w:rsidR="00410C92" w:rsidRPr="00A31D90">
              <w:rPr>
                <w:sz w:val="22"/>
              </w:rPr>
              <w:t xml:space="preserve">Điều </w:t>
            </w:r>
            <w:r>
              <w:rPr>
                <w:sz w:val="22"/>
              </w:rPr>
              <w:t>3</w:t>
            </w:r>
            <w:r w:rsidRPr="00A31D90">
              <w:rPr>
                <w:sz w:val="22"/>
              </w:rPr>
              <w:t>;</w:t>
            </w:r>
          </w:p>
          <w:p w14:paraId="383858CA" w14:textId="77777777" w:rsidR="00C266E5" w:rsidRPr="00A31D90" w:rsidRDefault="00C266E5" w:rsidP="00C266E5">
            <w:pPr>
              <w:spacing w:after="0" w:line="240" w:lineRule="auto"/>
              <w:jc w:val="both"/>
              <w:rPr>
                <w:sz w:val="22"/>
              </w:rPr>
            </w:pPr>
            <w:r w:rsidRPr="00A31D90">
              <w:rPr>
                <w:sz w:val="22"/>
              </w:rPr>
              <w:t>- Trưởng ban và các PTB;</w:t>
            </w:r>
          </w:p>
          <w:p w14:paraId="64B2FF9E" w14:textId="373F0159" w:rsidR="00C266E5" w:rsidRPr="00A31D90" w:rsidRDefault="00C266E5" w:rsidP="00C266E5">
            <w:pPr>
              <w:spacing w:after="0" w:line="240" w:lineRule="auto"/>
              <w:jc w:val="both"/>
              <w:rPr>
                <w:sz w:val="22"/>
              </w:rPr>
            </w:pPr>
            <w:r w:rsidRPr="00A31D90">
              <w:rPr>
                <w:sz w:val="22"/>
              </w:rPr>
              <w:t>- Lưu</w:t>
            </w:r>
            <w:r w:rsidR="00410C92">
              <w:rPr>
                <w:sz w:val="22"/>
              </w:rPr>
              <w:t>:</w:t>
            </w:r>
            <w:r w:rsidRPr="00A31D90">
              <w:rPr>
                <w:sz w:val="22"/>
              </w:rPr>
              <w:t xml:space="preserve"> VT, VP.</w:t>
            </w:r>
          </w:p>
          <w:p w14:paraId="2EE6EA98" w14:textId="354CCF1F" w:rsidR="006B0C96" w:rsidRDefault="006B0C96">
            <w:pPr>
              <w:spacing w:after="0" w:line="240" w:lineRule="auto"/>
            </w:pPr>
          </w:p>
        </w:tc>
        <w:tc>
          <w:tcPr>
            <w:tcW w:w="4929" w:type="dxa"/>
          </w:tcPr>
          <w:p w14:paraId="780584D7" w14:textId="77777777" w:rsidR="00C266E5" w:rsidRPr="00A31D90" w:rsidRDefault="00C266E5" w:rsidP="00C266E5">
            <w:pPr>
              <w:snapToGrid w:val="0"/>
              <w:spacing w:after="0" w:line="240" w:lineRule="auto"/>
              <w:jc w:val="center"/>
              <w:rPr>
                <w:b/>
                <w:bCs/>
                <w:kern w:val="2"/>
                <w:szCs w:val="26"/>
              </w:rPr>
            </w:pPr>
            <w:r w:rsidRPr="00A31D90">
              <w:rPr>
                <w:b/>
                <w:bCs/>
                <w:szCs w:val="26"/>
              </w:rPr>
              <w:t>KT</w:t>
            </w:r>
            <w:r w:rsidRPr="00A31D90">
              <w:rPr>
                <w:b/>
                <w:bCs/>
                <w:szCs w:val="26"/>
                <w:lang w:val="vi-VN"/>
              </w:rPr>
              <w:t xml:space="preserve">. </w:t>
            </w:r>
            <w:r w:rsidRPr="00A31D90">
              <w:rPr>
                <w:b/>
                <w:bCs/>
                <w:szCs w:val="26"/>
              </w:rPr>
              <w:t>TRƯỞNG BAN</w:t>
            </w:r>
            <w:r w:rsidRPr="00A31D90">
              <w:rPr>
                <w:b/>
                <w:bCs/>
                <w:kern w:val="2"/>
                <w:szCs w:val="26"/>
              </w:rPr>
              <w:br/>
            </w:r>
            <w:r w:rsidRPr="00A31D90">
              <w:rPr>
                <w:b/>
                <w:bCs/>
                <w:szCs w:val="26"/>
              </w:rPr>
              <w:t>PH</w:t>
            </w:r>
            <w:r w:rsidRPr="00A31D90">
              <w:rPr>
                <w:b/>
                <w:bCs/>
                <w:szCs w:val="26"/>
                <w:lang w:val="vi-VN"/>
              </w:rPr>
              <w:t xml:space="preserve">Ó </w:t>
            </w:r>
            <w:r w:rsidRPr="00A31D90">
              <w:rPr>
                <w:b/>
                <w:bCs/>
                <w:szCs w:val="26"/>
              </w:rPr>
              <w:t>TRƯỞNG BAN</w:t>
            </w:r>
          </w:p>
          <w:p w14:paraId="06C62B90" w14:textId="77777777" w:rsidR="00C266E5" w:rsidRPr="00A31D90" w:rsidRDefault="00C266E5" w:rsidP="00C266E5">
            <w:pPr>
              <w:tabs>
                <w:tab w:val="left" w:pos="1152"/>
              </w:tabs>
              <w:snapToGrid w:val="0"/>
              <w:spacing w:before="120" w:after="0" w:line="240" w:lineRule="auto"/>
              <w:rPr>
                <w:rFonts w:ascii="Arial" w:hAnsi="Arial" w:cs="Arial"/>
                <w:b/>
                <w:bCs/>
                <w:szCs w:val="26"/>
              </w:rPr>
            </w:pPr>
          </w:p>
          <w:p w14:paraId="7B81E5BC" w14:textId="77777777" w:rsidR="00C266E5" w:rsidRDefault="00C266E5" w:rsidP="00C266E5">
            <w:pPr>
              <w:tabs>
                <w:tab w:val="left" w:pos="1152"/>
              </w:tabs>
              <w:snapToGrid w:val="0"/>
              <w:spacing w:before="120" w:after="0" w:line="240" w:lineRule="auto"/>
              <w:rPr>
                <w:rFonts w:ascii="Arial" w:hAnsi="Arial" w:cs="Arial"/>
                <w:b/>
                <w:bCs/>
                <w:szCs w:val="26"/>
              </w:rPr>
            </w:pPr>
          </w:p>
          <w:p w14:paraId="43F607F6" w14:textId="77777777" w:rsidR="00C266E5" w:rsidRPr="00A31D90" w:rsidRDefault="00C266E5" w:rsidP="00C266E5">
            <w:pPr>
              <w:tabs>
                <w:tab w:val="left" w:pos="1152"/>
              </w:tabs>
              <w:snapToGrid w:val="0"/>
              <w:spacing w:before="120" w:after="0" w:line="240" w:lineRule="auto"/>
              <w:rPr>
                <w:rFonts w:ascii="Arial" w:hAnsi="Arial" w:cs="Arial"/>
                <w:b/>
                <w:bCs/>
                <w:szCs w:val="26"/>
              </w:rPr>
            </w:pPr>
          </w:p>
          <w:p w14:paraId="415766DE" w14:textId="77777777" w:rsidR="00C266E5" w:rsidRPr="00A31D90" w:rsidRDefault="00C266E5" w:rsidP="00C266E5">
            <w:pPr>
              <w:tabs>
                <w:tab w:val="left" w:pos="1152"/>
              </w:tabs>
              <w:snapToGrid w:val="0"/>
              <w:spacing w:before="120" w:after="0" w:line="240" w:lineRule="auto"/>
              <w:rPr>
                <w:rFonts w:ascii="Arial" w:hAnsi="Arial" w:cs="Arial"/>
                <w:b/>
                <w:bCs/>
                <w:szCs w:val="26"/>
              </w:rPr>
            </w:pPr>
          </w:p>
          <w:p w14:paraId="6BC299C4" w14:textId="17AFFC65" w:rsidR="006B0C96" w:rsidRDefault="00C266E5" w:rsidP="00C266E5">
            <w:pPr>
              <w:spacing w:after="0" w:line="240" w:lineRule="auto"/>
              <w:jc w:val="center"/>
            </w:pPr>
            <w:r w:rsidRPr="00A31D90">
              <w:rPr>
                <w:b/>
                <w:bCs/>
                <w:iCs/>
                <w:sz w:val="28"/>
                <w:szCs w:val="28"/>
              </w:rPr>
              <w:t>Nguyễn Thanh Nguyên</w:t>
            </w:r>
            <w:r>
              <w:rPr>
                <w:b/>
              </w:rPr>
              <w:br/>
            </w:r>
          </w:p>
        </w:tc>
      </w:tr>
    </w:tbl>
    <w:p w14:paraId="2D1E5C5C" w14:textId="77777777" w:rsidR="006B0C96" w:rsidRDefault="00000000">
      <w:r>
        <w:br w:type="page"/>
      </w:r>
    </w:p>
    <w:tbl>
      <w:tblPr>
        <w:tblW w:w="9422" w:type="dxa"/>
        <w:tblInd w:w="42" w:type="dxa"/>
        <w:tblLayout w:type="fixed"/>
        <w:tblLook w:val="0000" w:firstRow="0" w:lastRow="0" w:firstColumn="0" w:lastColumn="0" w:noHBand="0" w:noVBand="0"/>
      </w:tblPr>
      <w:tblGrid>
        <w:gridCol w:w="3894"/>
        <w:gridCol w:w="5528"/>
      </w:tblGrid>
      <w:tr w:rsidR="007B2636" w:rsidRPr="00C71301" w14:paraId="46149AC6" w14:textId="77777777" w:rsidTr="007940F6">
        <w:trPr>
          <w:trHeight w:val="721"/>
        </w:trPr>
        <w:tc>
          <w:tcPr>
            <w:tcW w:w="3894" w:type="dxa"/>
          </w:tcPr>
          <w:p w14:paraId="370EAC72" w14:textId="77777777" w:rsidR="007B2636" w:rsidRPr="00C71301" w:rsidRDefault="007B2636" w:rsidP="007940F6">
            <w:pPr>
              <w:tabs>
                <w:tab w:val="left" w:pos="1152"/>
              </w:tabs>
              <w:snapToGrid w:val="0"/>
              <w:spacing w:after="0" w:line="240" w:lineRule="auto"/>
              <w:jc w:val="center"/>
              <w:rPr>
                <w:b/>
                <w:sz w:val="24"/>
                <w:szCs w:val="24"/>
              </w:rPr>
            </w:pPr>
            <w:r w:rsidRPr="00C71301">
              <w:rPr>
                <w:noProof/>
                <w:sz w:val="24"/>
                <w:szCs w:val="24"/>
              </w:rPr>
              <w:lastRenderedPageBreak/>
              <mc:AlternateContent>
                <mc:Choice Requires="wps">
                  <w:drawing>
                    <wp:anchor distT="0" distB="0" distL="114300" distR="114300" simplePos="0" relativeHeight="251663360" behindDoc="0" locked="0" layoutInCell="1" allowOverlap="1" wp14:anchorId="71B91470" wp14:editId="6451FC54">
                      <wp:simplePos x="0" y="0"/>
                      <wp:positionH relativeFrom="column">
                        <wp:posOffset>687070</wp:posOffset>
                      </wp:positionH>
                      <wp:positionV relativeFrom="paragraph">
                        <wp:posOffset>427990</wp:posOffset>
                      </wp:positionV>
                      <wp:extent cx="1114425" cy="0"/>
                      <wp:effectExtent l="0" t="0" r="0" b="0"/>
                      <wp:wrapNone/>
                      <wp:docPr id="206412009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442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A09FA34" id="Straight Connector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1pt,33.7pt" to="141.85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" strokeweight=".26mm">
                      <v:stroke joinstyle="miter"/>
                    </v:line>
                  </w:pict>
                </mc:Fallback>
              </mc:AlternateContent>
            </w:r>
            <w:r w:rsidRPr="00C71301">
              <w:rPr>
                <w:b/>
                <w:sz w:val="24"/>
                <w:szCs w:val="24"/>
              </w:rPr>
              <w:t xml:space="preserve">      </w:t>
            </w:r>
            <w:r w:rsidRPr="00C71301">
              <w:rPr>
                <w:iCs/>
                <w:sz w:val="24"/>
                <w:szCs w:val="24"/>
              </w:rPr>
              <w:t xml:space="preserve">UBND TỈNH </w:t>
            </w:r>
            <w:r>
              <w:rPr>
                <w:iCs/>
                <w:sz w:val="24"/>
                <w:szCs w:val="24"/>
              </w:rPr>
              <w:t>GIA LAI</w:t>
            </w:r>
            <w:r w:rsidRPr="00C71301">
              <w:rPr>
                <w:iCs/>
                <w:sz w:val="24"/>
                <w:szCs w:val="24"/>
              </w:rPr>
              <w:t xml:space="preserve">   </w:t>
            </w:r>
            <w:r w:rsidRPr="00C71301">
              <w:rPr>
                <w:b/>
                <w:sz w:val="24"/>
                <w:szCs w:val="24"/>
              </w:rPr>
              <w:br/>
            </w:r>
            <w:r w:rsidRPr="00C71301">
              <w:rPr>
                <w:b/>
                <w:bCs/>
                <w:sz w:val="24"/>
                <w:szCs w:val="24"/>
              </w:rPr>
              <w:t>BAN QUẢN LÝ KHU KINH TẾ</w:t>
            </w:r>
            <w:r w:rsidRPr="00C71301">
              <w:rPr>
                <w:b/>
                <w:sz w:val="24"/>
                <w:szCs w:val="24"/>
              </w:rPr>
              <w:br/>
            </w:r>
          </w:p>
        </w:tc>
        <w:tc>
          <w:tcPr>
            <w:tcW w:w="5528" w:type="dxa"/>
          </w:tcPr>
          <w:p w14:paraId="48FA517A" w14:textId="77777777" w:rsidR="007B2636" w:rsidRPr="00C71301" w:rsidRDefault="007B2636" w:rsidP="007940F6">
            <w:pPr>
              <w:tabs>
                <w:tab w:val="left" w:pos="1152"/>
              </w:tabs>
              <w:snapToGrid w:val="0"/>
              <w:spacing w:after="0" w:line="240" w:lineRule="auto"/>
              <w:jc w:val="center"/>
              <w:rPr>
                <w:b/>
                <w:sz w:val="24"/>
                <w:szCs w:val="24"/>
              </w:rPr>
            </w:pPr>
            <w:r w:rsidRPr="00C71301">
              <w:rPr>
                <w:noProof/>
                <w:sz w:val="24"/>
                <w:szCs w:val="24"/>
              </w:rPr>
              <mc:AlternateContent>
                <mc:Choice Requires="wps">
                  <w:drawing>
                    <wp:anchor distT="0" distB="0" distL="114300" distR="114300" simplePos="0" relativeHeight="251664384" behindDoc="0" locked="0" layoutInCell="1" allowOverlap="1" wp14:anchorId="384A153B" wp14:editId="0D1D55CC">
                      <wp:simplePos x="0" y="0"/>
                      <wp:positionH relativeFrom="column">
                        <wp:posOffset>740410</wp:posOffset>
                      </wp:positionH>
                      <wp:positionV relativeFrom="paragraph">
                        <wp:posOffset>427990</wp:posOffset>
                      </wp:positionV>
                      <wp:extent cx="2019300" cy="0"/>
                      <wp:effectExtent l="0" t="0" r="0" b="0"/>
                      <wp:wrapNone/>
                      <wp:docPr id="81823708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71C5606" id="Straight Connector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pt,33.7pt" to="217.3pt,3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" strokeweight=".26mm">
                      <v:stroke joinstyle="miter"/>
                    </v:line>
                  </w:pict>
                </mc:Fallback>
              </mc:AlternateContent>
            </w:r>
            <w:r w:rsidRPr="00C71301">
              <w:rPr>
                <w:b/>
                <w:bCs/>
                <w:iCs/>
                <w:sz w:val="24"/>
                <w:szCs w:val="24"/>
              </w:rPr>
              <w:t>CỘNG HÒA XÃ HỘI CHỦ NGHĨA VIỆT NAM</w:t>
            </w:r>
            <w:r w:rsidRPr="00C71301">
              <w:rPr>
                <w:sz w:val="24"/>
                <w:szCs w:val="24"/>
              </w:rPr>
              <w:br/>
            </w:r>
            <w:r w:rsidRPr="00C71301">
              <w:rPr>
                <w:b/>
                <w:bCs/>
                <w:sz w:val="24"/>
                <w:szCs w:val="24"/>
              </w:rPr>
              <w:t xml:space="preserve">  </w:t>
            </w:r>
            <w:r w:rsidRPr="00C71301">
              <w:rPr>
                <w:b/>
                <w:bCs/>
                <w:szCs w:val="24"/>
              </w:rPr>
              <w:t>Độc lập - Tự do - Hạnh phúc</w:t>
            </w:r>
            <w:r w:rsidRPr="00C71301">
              <w:rPr>
                <w:b/>
                <w:szCs w:val="24"/>
              </w:rPr>
              <w:br/>
            </w:r>
          </w:p>
        </w:tc>
      </w:tr>
      <w:tr w:rsidR="007B2636" w:rsidRPr="00BF52B5" w14:paraId="2E6B9ED5" w14:textId="77777777" w:rsidTr="007940F6">
        <w:trPr>
          <w:trHeight w:val="422"/>
        </w:trPr>
        <w:tc>
          <w:tcPr>
            <w:tcW w:w="3894" w:type="dxa"/>
          </w:tcPr>
          <w:p w14:paraId="1F827586" w14:textId="46BF44B2" w:rsidR="007B2636" w:rsidRPr="00BF52B5" w:rsidRDefault="007B2636" w:rsidP="007940F6">
            <w:pPr>
              <w:tabs>
                <w:tab w:val="left" w:pos="1152"/>
              </w:tabs>
              <w:snapToGrid w:val="0"/>
              <w:spacing w:after="0" w:line="240" w:lineRule="auto"/>
              <w:jc w:val="center"/>
              <w:rPr>
                <w:b/>
                <w:sz w:val="12"/>
                <w:szCs w:val="26"/>
              </w:rPr>
            </w:pPr>
          </w:p>
        </w:tc>
        <w:tc>
          <w:tcPr>
            <w:tcW w:w="5528" w:type="dxa"/>
          </w:tcPr>
          <w:p w14:paraId="6AE3561E" w14:textId="39713306" w:rsidR="007B2636" w:rsidRPr="00BF52B5" w:rsidRDefault="007B2636" w:rsidP="007940F6">
            <w:pPr>
              <w:tabs>
                <w:tab w:val="left" w:pos="1152"/>
              </w:tabs>
              <w:snapToGrid w:val="0"/>
              <w:spacing w:after="0" w:line="240" w:lineRule="auto"/>
              <w:jc w:val="right"/>
              <w:rPr>
                <w:b/>
                <w:i/>
                <w:sz w:val="8"/>
              </w:rPr>
            </w:pPr>
          </w:p>
        </w:tc>
      </w:tr>
    </w:tbl>
    <w:p w14:paraId="00CA097F" w14:textId="3AE813B7" w:rsidR="006B0C96" w:rsidRPr="003C15B9" w:rsidRDefault="00000000">
      <w:pPr>
        <w:pStyle w:val="Title"/>
        <w:jc w:val="center"/>
        <w:rPr>
          <w:sz w:val="28"/>
          <w:szCs w:val="28"/>
        </w:rPr>
      </w:pPr>
      <w:r w:rsidRPr="003C15B9">
        <w:rPr>
          <w:sz w:val="28"/>
          <w:szCs w:val="28"/>
        </w:rPr>
        <w:t>QUY CHẾ</w:t>
      </w:r>
    </w:p>
    <w:p w14:paraId="73D79986" w14:textId="74452603" w:rsidR="003C15B9" w:rsidRPr="003C15B9" w:rsidRDefault="005B66B6">
      <w:pPr>
        <w:jc w:val="center"/>
        <w:rPr>
          <w:b/>
          <w:bCs/>
          <w:i/>
          <w:sz w:val="28"/>
          <w:szCs w:val="28"/>
        </w:rPr>
      </w:pPr>
      <w:r w:rsidRPr="003C15B9">
        <w:rPr>
          <w:b/>
          <w:bCs/>
          <w:sz w:val="28"/>
          <w:szCs w:val="28"/>
        </w:rPr>
        <w:t xml:space="preserve">Quản </w:t>
      </w:r>
      <w:r w:rsidR="003C15B9" w:rsidRPr="003C15B9">
        <w:rPr>
          <w:b/>
          <w:bCs/>
          <w:sz w:val="28"/>
          <w:szCs w:val="28"/>
        </w:rPr>
        <w:t>lý, vận hành và cung cấp thông tin trên Trang thông tin điện tử của Ban Quản lý Khu kinh tế</w:t>
      </w:r>
      <w:r w:rsidR="003C15B9" w:rsidRPr="003C15B9">
        <w:rPr>
          <w:b/>
          <w:bCs/>
          <w:i/>
          <w:sz w:val="28"/>
          <w:szCs w:val="28"/>
        </w:rPr>
        <w:t xml:space="preserve"> </w:t>
      </w:r>
    </w:p>
    <w:p w14:paraId="288E25E7" w14:textId="520F86D4" w:rsidR="006B0C96" w:rsidRDefault="00000000">
      <w:pPr>
        <w:jc w:val="center"/>
        <w:rPr>
          <w:i/>
        </w:rPr>
      </w:pPr>
      <w:r>
        <w:rPr>
          <w:i/>
        </w:rPr>
        <w:t xml:space="preserve">(Kèm theo Quyết định số        /QĐ-BQL ngày       tháng </w:t>
      </w:r>
      <w:r w:rsidR="003C15B9">
        <w:rPr>
          <w:i/>
        </w:rPr>
        <w:t>10</w:t>
      </w:r>
      <w:r>
        <w:rPr>
          <w:i/>
        </w:rPr>
        <w:t xml:space="preserve"> năm 2026</w:t>
      </w:r>
      <w:r>
        <w:rPr>
          <w:i/>
        </w:rPr>
        <w:br/>
        <w:t>của Trưởng Ban Quản lý Khu kinh tế)</w:t>
      </w:r>
    </w:p>
    <w:p w14:paraId="299CF213" w14:textId="77777777" w:rsidR="003C15B9" w:rsidRPr="003C15B9" w:rsidRDefault="003C15B9">
      <w:pPr>
        <w:jc w:val="center"/>
        <w:rPr>
          <w:sz w:val="20"/>
          <w:szCs w:val="16"/>
        </w:rPr>
      </w:pPr>
    </w:p>
    <w:p w14:paraId="7050CBC2" w14:textId="77777777" w:rsidR="006B0C96" w:rsidRPr="00A545F9" w:rsidRDefault="00000000" w:rsidP="00A545F9">
      <w:pPr>
        <w:pStyle w:val="Heading2"/>
        <w:spacing w:before="120" w:after="120" w:line="276" w:lineRule="auto"/>
        <w:ind w:firstLine="567"/>
        <w:rPr>
          <w:sz w:val="28"/>
          <w:szCs w:val="28"/>
        </w:rPr>
      </w:pPr>
      <w:r w:rsidRPr="00A545F9">
        <w:rPr>
          <w:sz w:val="28"/>
          <w:szCs w:val="28"/>
        </w:rPr>
        <w:t>Điều 1. Phạm vi và đối tượng áp dụng</w:t>
      </w:r>
    </w:p>
    <w:p w14:paraId="66A5BE32" w14:textId="60627A65" w:rsidR="006B0C96" w:rsidRPr="00A545F9" w:rsidRDefault="00000000" w:rsidP="00A545F9">
      <w:pPr>
        <w:spacing w:before="120" w:after="120" w:line="276" w:lineRule="auto"/>
        <w:ind w:firstLine="567"/>
        <w:jc w:val="both"/>
        <w:rPr>
          <w:sz w:val="28"/>
          <w:szCs w:val="28"/>
        </w:rPr>
      </w:pPr>
      <w:r w:rsidRPr="00A545F9">
        <w:rPr>
          <w:sz w:val="28"/>
          <w:szCs w:val="28"/>
        </w:rPr>
        <w:t xml:space="preserve">1. Quy chế này quy định trách nhiệm, chế độ làm việc của Ban Biên tập; việc cung cấp, biên tập, duyệt đăng thông tin; phối hợp quản trị, vận hành và bảo đảm hoạt động Trang thông tin điện tử </w:t>
      </w:r>
      <w:r w:rsidR="00410C92" w:rsidRPr="00A545F9">
        <w:rPr>
          <w:sz w:val="28"/>
          <w:szCs w:val="28"/>
        </w:rPr>
        <w:t>(sau đây gọi tắt là Website)</w:t>
      </w:r>
      <w:r w:rsidR="00410C92" w:rsidRPr="00A545F9">
        <w:rPr>
          <w:sz w:val="28"/>
          <w:szCs w:val="28"/>
        </w:rPr>
        <w:t xml:space="preserve"> </w:t>
      </w:r>
      <w:r w:rsidRPr="00A545F9">
        <w:rPr>
          <w:sz w:val="28"/>
          <w:szCs w:val="28"/>
        </w:rPr>
        <w:t>của Ban Quản lý Khu kinh tế.</w:t>
      </w:r>
    </w:p>
    <w:p w14:paraId="7F7E7394" w14:textId="5CBE960B" w:rsidR="006B0C96" w:rsidRPr="00A545F9" w:rsidRDefault="00000000" w:rsidP="00A545F9">
      <w:pPr>
        <w:spacing w:before="120" w:after="120" w:line="276" w:lineRule="auto"/>
        <w:ind w:firstLine="567"/>
        <w:jc w:val="both"/>
        <w:rPr>
          <w:sz w:val="28"/>
          <w:szCs w:val="28"/>
        </w:rPr>
      </w:pPr>
      <w:r w:rsidRPr="00A545F9">
        <w:rPr>
          <w:sz w:val="28"/>
          <w:szCs w:val="28"/>
        </w:rPr>
        <w:t xml:space="preserve">2. Quy chế áp dụng đối với Ban Biên tập, Văn phòng Ban, các phòng chuyên môn, đơn vị trực thuộc, người quản trị, tác giả, cộng tác viên và tổ chức, cá nhân tham gia cung cấp thông tin cho </w:t>
      </w:r>
      <w:r w:rsidR="00CE67C4" w:rsidRPr="00A545F9">
        <w:rPr>
          <w:sz w:val="28"/>
          <w:szCs w:val="28"/>
        </w:rPr>
        <w:t>Website</w:t>
      </w:r>
      <w:r w:rsidRPr="00A545F9">
        <w:rPr>
          <w:sz w:val="28"/>
          <w:szCs w:val="28"/>
        </w:rPr>
        <w:t>.</w:t>
      </w:r>
    </w:p>
    <w:p w14:paraId="3124F8CA" w14:textId="77777777" w:rsidR="006B0C96" w:rsidRPr="00A545F9" w:rsidRDefault="00000000" w:rsidP="00A545F9">
      <w:pPr>
        <w:pStyle w:val="Heading2"/>
        <w:spacing w:before="120" w:after="120" w:line="276" w:lineRule="auto"/>
        <w:ind w:firstLine="567"/>
        <w:rPr>
          <w:sz w:val="28"/>
          <w:szCs w:val="28"/>
        </w:rPr>
      </w:pPr>
      <w:r w:rsidRPr="00A545F9">
        <w:rPr>
          <w:sz w:val="28"/>
          <w:szCs w:val="28"/>
        </w:rPr>
        <w:t>Điều 2. Nguyên tắc hoạt động</w:t>
      </w:r>
    </w:p>
    <w:p w14:paraId="6CBB2F2E" w14:textId="02DEEC85" w:rsidR="00EF584C" w:rsidRPr="00A545F9" w:rsidRDefault="00000000" w:rsidP="00A545F9">
      <w:pPr>
        <w:spacing w:before="120" w:after="120" w:line="276" w:lineRule="auto"/>
        <w:ind w:firstLine="567"/>
        <w:jc w:val="both"/>
        <w:rPr>
          <w:sz w:val="28"/>
          <w:szCs w:val="28"/>
        </w:rPr>
      </w:pPr>
      <w:r w:rsidRPr="00A545F9">
        <w:rPr>
          <w:sz w:val="28"/>
          <w:szCs w:val="28"/>
        </w:rPr>
        <w:t>1. Trang thông tin điện tử tại địa chỉ https://bqlkkt.gialai.gov.vn là kênh thông tin chính thức của Ban và là thành phần thuộc Cổng thông tin điện tử</w:t>
      </w:r>
      <w:r w:rsidR="00CE67C4" w:rsidRPr="00A545F9">
        <w:rPr>
          <w:sz w:val="28"/>
          <w:szCs w:val="28"/>
        </w:rPr>
        <w:t xml:space="preserve"> tỉnh Gia Lai. </w:t>
      </w:r>
      <w:r w:rsidRPr="00A545F9">
        <w:rPr>
          <w:sz w:val="28"/>
          <w:szCs w:val="28"/>
        </w:rPr>
        <w:t xml:space="preserve">Trưởng Ban Quản lý Khu kinh tế chịu trách nhiệm chung về hoạt động của </w:t>
      </w:r>
      <w:r w:rsidR="00CE67C4" w:rsidRPr="00A545F9">
        <w:rPr>
          <w:sz w:val="28"/>
          <w:szCs w:val="28"/>
        </w:rPr>
        <w:t>Website</w:t>
      </w:r>
      <w:r w:rsidRPr="00A545F9">
        <w:rPr>
          <w:sz w:val="28"/>
          <w:szCs w:val="28"/>
        </w:rPr>
        <w:t xml:space="preserve">. Ban Biên tập giúp Trưởng Ban tổ chức, kiểm soát nội dung thông tin; </w:t>
      </w:r>
      <w:r w:rsidR="00EF584C" w:rsidRPr="00A545F9">
        <w:rPr>
          <w:sz w:val="28"/>
          <w:szCs w:val="28"/>
        </w:rPr>
        <w:t>Văn phòng Ban là đầu mối thường trực, chủ trì tổ chức quản trị, vận hành và duy trì hoạt động của Website</w:t>
      </w:r>
      <w:r w:rsidR="00EF584C" w:rsidRPr="00A545F9">
        <w:rPr>
          <w:sz w:val="28"/>
          <w:szCs w:val="28"/>
        </w:rPr>
        <w:t>.</w:t>
      </w:r>
    </w:p>
    <w:p w14:paraId="49C8D3C2" w14:textId="189379FA" w:rsidR="006B0C96" w:rsidRPr="00A545F9" w:rsidRDefault="00000000" w:rsidP="00A545F9">
      <w:pPr>
        <w:spacing w:before="120" w:after="120" w:line="276" w:lineRule="auto"/>
        <w:ind w:firstLine="567"/>
        <w:jc w:val="both"/>
        <w:rPr>
          <w:sz w:val="28"/>
          <w:szCs w:val="28"/>
        </w:rPr>
      </w:pPr>
      <w:r w:rsidRPr="00A545F9">
        <w:rPr>
          <w:sz w:val="28"/>
          <w:szCs w:val="28"/>
        </w:rPr>
        <w:t>2. Thông tin phải chính xác, kịp thời, đúng thẩm quyền và được duyệt trước khi đăng; tuân thủ quy định về bảo vệ bí mật nhà nước, dữ liệu cá nhân, quyền tác giả và tiếp cận thông tin. Đơn vị cung cấp chịu trách nhiệm về nội dung, số liệu; người duyệt chịu trách nhiệm về quyết định đăng; người quản trị đăng đúng bản đã duyệt.</w:t>
      </w:r>
    </w:p>
    <w:p w14:paraId="387092B8" w14:textId="77777777" w:rsidR="006B0C96" w:rsidRPr="00A545F9" w:rsidRDefault="00000000" w:rsidP="00A545F9">
      <w:pPr>
        <w:pStyle w:val="Heading2"/>
        <w:spacing w:before="120" w:after="120" w:line="276" w:lineRule="auto"/>
        <w:ind w:firstLine="567"/>
        <w:rPr>
          <w:sz w:val="28"/>
          <w:szCs w:val="28"/>
        </w:rPr>
      </w:pPr>
      <w:r w:rsidRPr="00A545F9">
        <w:rPr>
          <w:sz w:val="28"/>
          <w:szCs w:val="28"/>
        </w:rPr>
        <w:t>Điều 3. Nhiệm vụ của Ban Biên tập và các thành viên</w:t>
      </w:r>
    </w:p>
    <w:p w14:paraId="51B95D22" w14:textId="27F92156" w:rsidR="006B0C96" w:rsidRPr="00A545F9" w:rsidRDefault="00000000" w:rsidP="00A545F9">
      <w:pPr>
        <w:spacing w:before="120" w:after="120" w:line="276" w:lineRule="auto"/>
        <w:ind w:firstLine="567"/>
        <w:jc w:val="both"/>
        <w:rPr>
          <w:sz w:val="28"/>
          <w:szCs w:val="28"/>
        </w:rPr>
      </w:pPr>
      <w:r w:rsidRPr="00A545F9">
        <w:rPr>
          <w:sz w:val="28"/>
          <w:szCs w:val="28"/>
        </w:rPr>
        <w:t xml:space="preserve">1. Ban Biên tập xây dựng kế hoạch nội dung; tổ chức thu thập, biên tập, kiểm duyệt; đôn đốc công khai thông tin, tuyên truyền và xử lý hỏi đáp; thường xuyên rà soát, cập nhật chuyên mục và kiểm tra chất lượng </w:t>
      </w:r>
      <w:r w:rsidR="005B66B6" w:rsidRPr="00A545F9">
        <w:rPr>
          <w:sz w:val="28"/>
          <w:szCs w:val="28"/>
        </w:rPr>
        <w:t>Website</w:t>
      </w:r>
      <w:r w:rsidRPr="00A545F9">
        <w:rPr>
          <w:sz w:val="28"/>
          <w:szCs w:val="28"/>
        </w:rPr>
        <w:t>.</w:t>
      </w:r>
    </w:p>
    <w:p w14:paraId="4F36B558" w14:textId="40D49EEA" w:rsidR="006B0C96" w:rsidRPr="00A545F9" w:rsidRDefault="00000000" w:rsidP="00A545F9">
      <w:pPr>
        <w:spacing w:before="120" w:after="120" w:line="276" w:lineRule="auto"/>
        <w:ind w:firstLine="567"/>
        <w:jc w:val="both"/>
        <w:rPr>
          <w:sz w:val="28"/>
          <w:szCs w:val="28"/>
        </w:rPr>
      </w:pPr>
      <w:r w:rsidRPr="00A545F9">
        <w:rPr>
          <w:sz w:val="28"/>
          <w:szCs w:val="28"/>
        </w:rPr>
        <w:t>2. Trưởng Ban Biên tập chỉ đạo</w:t>
      </w:r>
      <w:r w:rsidR="0001149C" w:rsidRPr="00A545F9">
        <w:rPr>
          <w:sz w:val="28"/>
          <w:szCs w:val="28"/>
        </w:rPr>
        <w:t>, điều hành</w:t>
      </w:r>
      <w:r w:rsidRPr="00A545F9">
        <w:rPr>
          <w:sz w:val="28"/>
          <w:szCs w:val="28"/>
        </w:rPr>
        <w:t xml:space="preserve"> hoạt động, phân công thành viên, duyệt nội dung trước khi đăng và quyết định chỉnh sửa trong phạm vi được giao; báo </w:t>
      </w:r>
      <w:r w:rsidRPr="00A545F9">
        <w:rPr>
          <w:sz w:val="28"/>
          <w:szCs w:val="28"/>
        </w:rPr>
        <w:lastRenderedPageBreak/>
        <w:t>cáo Trưởng Ban Quản lý Khu kinh tế nội dung vượt thẩm quyền. Việc giao thành viên duyệt thay phải thể hiện bằng văn bản, xác định phạm vi và thời hạn.</w:t>
      </w:r>
    </w:p>
    <w:p w14:paraId="00D7E290" w14:textId="6F791EA5" w:rsidR="006B0C96" w:rsidRPr="00A545F9" w:rsidRDefault="00000000" w:rsidP="00A545F9">
      <w:pPr>
        <w:spacing w:before="120" w:after="120" w:line="276" w:lineRule="auto"/>
        <w:ind w:firstLine="567"/>
        <w:jc w:val="both"/>
        <w:rPr>
          <w:sz w:val="28"/>
          <w:szCs w:val="28"/>
        </w:rPr>
      </w:pPr>
      <w:r w:rsidRPr="00A545F9">
        <w:rPr>
          <w:sz w:val="28"/>
          <w:szCs w:val="28"/>
        </w:rPr>
        <w:t xml:space="preserve">3. Thành viên phụ trách lĩnh vực </w:t>
      </w:r>
      <w:r w:rsidR="009D431D" w:rsidRPr="00A545F9">
        <w:rPr>
          <w:sz w:val="28"/>
          <w:szCs w:val="28"/>
        </w:rPr>
        <w:t xml:space="preserve">tổ chức thu thập </w:t>
      </w:r>
      <w:r w:rsidRPr="00A545F9">
        <w:rPr>
          <w:sz w:val="28"/>
          <w:szCs w:val="28"/>
        </w:rPr>
        <w:t xml:space="preserve">nguồn tin; biên tập, </w:t>
      </w:r>
      <w:r w:rsidR="009D431D" w:rsidRPr="00A545F9">
        <w:rPr>
          <w:sz w:val="28"/>
          <w:szCs w:val="28"/>
        </w:rPr>
        <w:t>đề xuất</w:t>
      </w:r>
      <w:r w:rsidRPr="00A545F9">
        <w:rPr>
          <w:sz w:val="28"/>
          <w:szCs w:val="28"/>
        </w:rPr>
        <w:t xml:space="preserve"> duyệt</w:t>
      </w:r>
      <w:r w:rsidR="0001149C" w:rsidRPr="00A545F9">
        <w:rPr>
          <w:sz w:val="28"/>
          <w:szCs w:val="28"/>
        </w:rPr>
        <w:t>.</w:t>
      </w:r>
      <w:r w:rsidRPr="00A545F9">
        <w:rPr>
          <w:sz w:val="28"/>
          <w:szCs w:val="28"/>
        </w:rPr>
        <w:t xml:space="preserve"> </w:t>
      </w:r>
      <w:r w:rsidR="0001149C" w:rsidRPr="00A545F9">
        <w:rPr>
          <w:sz w:val="28"/>
          <w:szCs w:val="28"/>
        </w:rPr>
        <w:t>Theo dõi chuyên mục được giao, phát hiện thông tin hết hiệu lực, sai lệch, liên kết lỗi, đề nghị cập nhật hoặc khắc phục.</w:t>
      </w:r>
      <w:r w:rsidRPr="00A545F9">
        <w:rPr>
          <w:sz w:val="28"/>
          <w:szCs w:val="28"/>
        </w:rPr>
        <w:t xml:space="preserve"> Nhiệm vụ từng thành viên được quy định tại Thông báo phân công của Trưởng Ban Biên tập.</w:t>
      </w:r>
    </w:p>
    <w:p w14:paraId="20358163" w14:textId="0BE75126" w:rsidR="009D431D" w:rsidRPr="00A545F9" w:rsidRDefault="00000000" w:rsidP="00A545F9">
      <w:pPr>
        <w:spacing w:before="120" w:after="120" w:line="276" w:lineRule="auto"/>
        <w:ind w:firstLine="567"/>
        <w:jc w:val="both"/>
        <w:rPr>
          <w:sz w:val="28"/>
          <w:szCs w:val="28"/>
        </w:rPr>
      </w:pPr>
      <w:r w:rsidRPr="00A545F9">
        <w:rPr>
          <w:sz w:val="28"/>
          <w:szCs w:val="28"/>
        </w:rPr>
        <w:t xml:space="preserve">4. </w:t>
      </w:r>
      <w:r w:rsidR="00EF584C" w:rsidRPr="00A545F9">
        <w:rPr>
          <w:sz w:val="28"/>
          <w:szCs w:val="28"/>
        </w:rPr>
        <w:t xml:space="preserve">Các thành viên Ban Biên tập làm việc theo chế độ kiêm nhiệm, chịu sự phân công của Trưởng Ban Biên tập và chịu trách nhiệm về nhiệm vụ được giao. Việc bổ sung, thay đổi thành viên do Trưởng Ban Quản lý Khu kinh tế quyết định. Công việc được xử lý qua hệ thống quản lý văn bản, thư điện tử công vụ hoặc thông qua cuộc họp khi cần thiết. </w:t>
      </w:r>
    </w:p>
    <w:p w14:paraId="389FBBBE" w14:textId="188AB6FC" w:rsidR="006B0C96" w:rsidRPr="00A545F9" w:rsidRDefault="00000000" w:rsidP="00A545F9">
      <w:pPr>
        <w:spacing w:before="120" w:after="120" w:line="276" w:lineRule="auto"/>
        <w:ind w:firstLine="567"/>
        <w:jc w:val="both"/>
        <w:rPr>
          <w:b/>
          <w:bCs/>
          <w:sz w:val="28"/>
          <w:szCs w:val="28"/>
        </w:rPr>
      </w:pPr>
      <w:r w:rsidRPr="00A545F9">
        <w:rPr>
          <w:b/>
          <w:bCs/>
          <w:sz w:val="28"/>
          <w:szCs w:val="28"/>
        </w:rPr>
        <w:t xml:space="preserve"> Điều 4. Trách nhiệm cung cấp thông tin</w:t>
      </w:r>
    </w:p>
    <w:p w14:paraId="62F24575" w14:textId="77777777" w:rsidR="006B0C96" w:rsidRPr="00A545F9" w:rsidRDefault="00000000" w:rsidP="00A545F9">
      <w:pPr>
        <w:spacing w:before="120" w:after="120" w:line="276" w:lineRule="auto"/>
        <w:ind w:firstLine="567"/>
        <w:jc w:val="both"/>
        <w:rPr>
          <w:sz w:val="28"/>
          <w:szCs w:val="28"/>
        </w:rPr>
      </w:pPr>
      <w:r w:rsidRPr="00A545F9">
        <w:rPr>
          <w:sz w:val="28"/>
          <w:szCs w:val="28"/>
        </w:rPr>
        <w:t>1. Trưởng các phòng, đơn vị cử đầu mối cung cấp thông tin; xác nhận tính chính xác, nguồn, kỳ số liệu và phạm vi được công khai. Nội dung liên quan nhiều đơn vị phải có một đầu mối tổng hợp; mỗi đơn vị xác nhận phần dữ liệu do mình quản lý.</w:t>
      </w:r>
    </w:p>
    <w:p w14:paraId="0FD9A086" w14:textId="77777777" w:rsidR="00843DA0" w:rsidRPr="00A545F9" w:rsidRDefault="00000000" w:rsidP="00A545F9">
      <w:pPr>
        <w:spacing w:before="120" w:after="120" w:line="276" w:lineRule="auto"/>
        <w:ind w:firstLine="567"/>
        <w:jc w:val="both"/>
        <w:rPr>
          <w:sz w:val="28"/>
          <w:szCs w:val="28"/>
        </w:rPr>
      </w:pPr>
      <w:r w:rsidRPr="00A545F9">
        <w:rPr>
          <w:sz w:val="28"/>
          <w:szCs w:val="28"/>
        </w:rPr>
        <w:t xml:space="preserve">2. Cung cấp </w:t>
      </w:r>
      <w:r w:rsidR="00843DA0" w:rsidRPr="00A545F9">
        <w:rPr>
          <w:sz w:val="28"/>
          <w:szCs w:val="28"/>
        </w:rPr>
        <w:t xml:space="preserve">kịp thời, </w:t>
      </w:r>
      <w:r w:rsidRPr="00A545F9">
        <w:rPr>
          <w:sz w:val="28"/>
          <w:szCs w:val="28"/>
        </w:rPr>
        <w:t xml:space="preserve">đầy đủ thông tin thuộc lĩnh vực phụ trách; tin </w:t>
      </w:r>
      <w:r w:rsidR="00843DA0" w:rsidRPr="00A545F9">
        <w:rPr>
          <w:sz w:val="28"/>
          <w:szCs w:val="28"/>
        </w:rPr>
        <w:t xml:space="preserve">về hoạt động của cơ quan, đơn vị; hướng dẫn chính sách, thủ tục và thông tin phục vụ nhà đầu tư, doanh nghiệp. </w:t>
      </w:r>
    </w:p>
    <w:p w14:paraId="5CEECFC8" w14:textId="50A61DFF" w:rsidR="00843DA0" w:rsidRPr="00A545F9" w:rsidRDefault="00843DA0" w:rsidP="00A545F9">
      <w:pPr>
        <w:spacing w:before="120" w:after="120" w:line="276" w:lineRule="auto"/>
        <w:ind w:firstLine="567"/>
        <w:jc w:val="both"/>
        <w:rPr>
          <w:sz w:val="28"/>
          <w:szCs w:val="28"/>
        </w:rPr>
      </w:pPr>
      <w:r w:rsidRPr="00A545F9">
        <w:rPr>
          <w:sz w:val="28"/>
          <w:szCs w:val="28"/>
        </w:rPr>
        <w:t>Tin, bài phản ánh kết quả hoạt động phải có số liệu, sản phẩm hoặc minh chứng thực tế; hạn chế nội dung chỉ nêu chủ trương, kế hoạch mà chưa làm rõ kết quả thực hiện.</w:t>
      </w:r>
    </w:p>
    <w:p w14:paraId="02C14726" w14:textId="4ABBD959" w:rsidR="006B0C96" w:rsidRPr="00A545F9" w:rsidRDefault="00000000" w:rsidP="00A545F9">
      <w:pPr>
        <w:spacing w:before="120" w:after="120" w:line="276" w:lineRule="auto"/>
        <w:ind w:firstLine="567"/>
        <w:jc w:val="both"/>
        <w:rPr>
          <w:sz w:val="28"/>
          <w:szCs w:val="28"/>
        </w:rPr>
      </w:pPr>
      <w:r w:rsidRPr="00A545F9">
        <w:rPr>
          <w:sz w:val="28"/>
          <w:szCs w:val="28"/>
        </w:rPr>
        <w:t>3. Tin hoạt động thường xuyên gửi chậm nhất 01 ngày làm việc sau sự kiện; tin khẩn gửi ngay theo yêu cầu. Thời hạn đăng, cập nhật từng loại thông tin thực hiện theo Điều 8 Quy chế ban hành kèm theo Quyết định số 31/2025/QĐ-UBND và pháp luật chuyên ngành</w:t>
      </w:r>
      <w:r w:rsidR="00BE6AD4" w:rsidRPr="00A545F9">
        <w:rPr>
          <w:sz w:val="28"/>
          <w:szCs w:val="28"/>
        </w:rPr>
        <w:t>.</w:t>
      </w:r>
    </w:p>
    <w:p w14:paraId="643E7579" w14:textId="77777777" w:rsidR="005B66B6" w:rsidRPr="00A545F9" w:rsidRDefault="00000000" w:rsidP="00A545F9">
      <w:pPr>
        <w:spacing w:before="120" w:after="120" w:line="276" w:lineRule="auto"/>
        <w:ind w:firstLine="567"/>
        <w:jc w:val="both"/>
        <w:rPr>
          <w:sz w:val="28"/>
          <w:szCs w:val="28"/>
        </w:rPr>
      </w:pPr>
      <w:r w:rsidRPr="00A545F9">
        <w:rPr>
          <w:sz w:val="28"/>
          <w:szCs w:val="28"/>
        </w:rPr>
        <w:t xml:space="preserve">4. </w:t>
      </w:r>
      <w:r w:rsidR="005B66B6" w:rsidRPr="00A545F9">
        <w:rPr>
          <w:sz w:val="28"/>
          <w:szCs w:val="28"/>
        </w:rPr>
        <w:t>Việc biên dịch, kiểm tra và đăng tải thông tin bằng tiếng Anh thực hiện theo phân công của Trưởng Ban Biên tập. Phòng chuyên môn, đơn vị cung cấp thông tin chịu trách nhiệm xác nhận nội dung thuộc lĩnh vực phụ trách; bản dịch phải bảo đảm thống nhất với nội dung tiếng Việt đã được duyệt.</w:t>
      </w:r>
    </w:p>
    <w:p w14:paraId="00E460D8" w14:textId="77FA9BF8" w:rsidR="006B0C96" w:rsidRPr="00A545F9" w:rsidRDefault="00000000" w:rsidP="00A545F9">
      <w:pPr>
        <w:spacing w:before="120" w:after="120" w:line="276" w:lineRule="auto"/>
        <w:ind w:firstLine="567"/>
        <w:jc w:val="both"/>
        <w:rPr>
          <w:b/>
          <w:bCs/>
          <w:sz w:val="28"/>
          <w:szCs w:val="28"/>
        </w:rPr>
      </w:pPr>
      <w:r w:rsidRPr="00A545F9">
        <w:rPr>
          <w:b/>
          <w:bCs/>
          <w:sz w:val="28"/>
          <w:szCs w:val="28"/>
        </w:rPr>
        <w:t>Điều 5. Quy trình biên tập và đăng tải</w:t>
      </w:r>
    </w:p>
    <w:p w14:paraId="05470FA1" w14:textId="0C858DEC" w:rsidR="00EF584C" w:rsidRPr="00A545F9" w:rsidRDefault="00000000" w:rsidP="00A545F9">
      <w:pPr>
        <w:spacing w:before="120" w:after="120" w:line="276" w:lineRule="auto"/>
        <w:ind w:firstLine="567"/>
        <w:jc w:val="both"/>
        <w:rPr>
          <w:sz w:val="28"/>
          <w:szCs w:val="28"/>
        </w:rPr>
      </w:pPr>
      <w:r w:rsidRPr="00A545F9">
        <w:rPr>
          <w:sz w:val="28"/>
          <w:szCs w:val="28"/>
        </w:rPr>
        <w:t xml:space="preserve">1. Gửi tin: </w:t>
      </w:r>
      <w:r w:rsidR="00EF584C" w:rsidRPr="00A545F9">
        <w:rPr>
          <w:sz w:val="28"/>
          <w:szCs w:val="28"/>
        </w:rPr>
        <w:t xml:space="preserve">Đơn </w:t>
      </w:r>
      <w:r w:rsidRPr="00A545F9">
        <w:rPr>
          <w:sz w:val="28"/>
          <w:szCs w:val="28"/>
        </w:rPr>
        <w:t xml:space="preserve">vị, cá nhân gửi nội dung </w:t>
      </w:r>
      <w:r w:rsidR="00BE6AD4" w:rsidRPr="00A545F9">
        <w:rPr>
          <w:sz w:val="28"/>
          <w:szCs w:val="28"/>
        </w:rPr>
        <w:t xml:space="preserve">thông tin </w:t>
      </w:r>
      <w:r w:rsidRPr="00A545F9">
        <w:rPr>
          <w:sz w:val="28"/>
          <w:szCs w:val="28"/>
        </w:rPr>
        <w:t>qua thư điện tử công vụ</w:t>
      </w:r>
      <w:r w:rsidR="009D431D" w:rsidRPr="00A545F9">
        <w:rPr>
          <w:sz w:val="28"/>
          <w:szCs w:val="28"/>
        </w:rPr>
        <w:t>, cá nhân</w:t>
      </w:r>
      <w:r w:rsidRPr="00A545F9">
        <w:rPr>
          <w:sz w:val="28"/>
          <w:szCs w:val="28"/>
        </w:rPr>
        <w:t xml:space="preserve"> hoặc </w:t>
      </w:r>
      <w:r w:rsidR="0001149C" w:rsidRPr="00A545F9">
        <w:rPr>
          <w:sz w:val="28"/>
          <w:szCs w:val="28"/>
        </w:rPr>
        <w:t>Zalo</w:t>
      </w:r>
      <w:r w:rsidRPr="00A545F9">
        <w:rPr>
          <w:sz w:val="28"/>
          <w:szCs w:val="28"/>
        </w:rPr>
        <w:t xml:space="preserve"> </w:t>
      </w:r>
      <w:r w:rsidR="00BE6AD4" w:rsidRPr="00A545F9">
        <w:rPr>
          <w:sz w:val="28"/>
          <w:szCs w:val="28"/>
        </w:rPr>
        <w:t>cho Ban Biên tập</w:t>
      </w:r>
      <w:r w:rsidRPr="00A545F9">
        <w:rPr>
          <w:sz w:val="28"/>
          <w:szCs w:val="28"/>
        </w:rPr>
        <w:t xml:space="preserve">. </w:t>
      </w:r>
      <w:r w:rsidR="00EF584C" w:rsidRPr="00A545F9">
        <w:rPr>
          <w:sz w:val="28"/>
          <w:szCs w:val="28"/>
        </w:rPr>
        <w:t>Nội dung gửi gồm tên tác giả, đơn vị, tiêu đề, nội dung tin, nguồn thông tin và tệp, hình ảnh kèm theo, nếu có; bảo đảm tính chính xác và quyền sử dụng.</w:t>
      </w:r>
      <w:r w:rsidR="00EF584C" w:rsidRPr="00A545F9">
        <w:rPr>
          <w:sz w:val="28"/>
          <w:szCs w:val="28"/>
        </w:rPr>
        <w:t xml:space="preserve"> </w:t>
      </w:r>
      <w:r w:rsidR="00EF584C" w:rsidRPr="00A545F9">
        <w:rPr>
          <w:sz w:val="28"/>
          <w:szCs w:val="28"/>
        </w:rPr>
        <w:t>Không gửi thông tin thuộc bí mật nhà nước qua các kênh trao đổi thông thường.</w:t>
      </w:r>
    </w:p>
    <w:p w14:paraId="1626868B" w14:textId="31D9A2CB" w:rsidR="006B0C96" w:rsidRPr="00A545F9" w:rsidRDefault="00000000" w:rsidP="00A545F9">
      <w:pPr>
        <w:spacing w:before="120" w:after="120" w:line="276" w:lineRule="auto"/>
        <w:ind w:firstLine="567"/>
        <w:jc w:val="both"/>
        <w:rPr>
          <w:sz w:val="28"/>
          <w:szCs w:val="28"/>
        </w:rPr>
      </w:pPr>
      <w:r w:rsidRPr="00A545F9">
        <w:rPr>
          <w:sz w:val="28"/>
          <w:szCs w:val="28"/>
        </w:rPr>
        <w:lastRenderedPageBreak/>
        <w:t xml:space="preserve">2. Biên tập: </w:t>
      </w:r>
      <w:r w:rsidR="00EF584C" w:rsidRPr="00A545F9">
        <w:rPr>
          <w:sz w:val="28"/>
          <w:szCs w:val="28"/>
        </w:rPr>
        <w:t xml:space="preserve">Thành </w:t>
      </w:r>
      <w:r w:rsidRPr="00A545F9">
        <w:rPr>
          <w:sz w:val="28"/>
          <w:szCs w:val="28"/>
        </w:rPr>
        <w:t>viên phụ trách kiểm tra nội dung chuyên môn, tính chính xác, phạm vi công khai, chính tả, định dạng và liên kết. Nội dung chưa rõ phải yêu cầu bổ sung, xác minh trước khi trình duyệt.</w:t>
      </w:r>
    </w:p>
    <w:p w14:paraId="7E7683F4" w14:textId="6D9C8B4A" w:rsidR="00BE6AD4" w:rsidRPr="00A545F9" w:rsidRDefault="00000000" w:rsidP="00A545F9">
      <w:pPr>
        <w:spacing w:before="120" w:after="120" w:line="276" w:lineRule="auto"/>
        <w:ind w:firstLine="567"/>
        <w:jc w:val="both"/>
        <w:rPr>
          <w:sz w:val="28"/>
          <w:szCs w:val="28"/>
        </w:rPr>
      </w:pPr>
      <w:r w:rsidRPr="00A545F9">
        <w:rPr>
          <w:sz w:val="28"/>
          <w:szCs w:val="28"/>
        </w:rPr>
        <w:t xml:space="preserve">3. Duyệt: </w:t>
      </w:r>
      <w:r w:rsidR="00F37D03" w:rsidRPr="00A545F9">
        <w:rPr>
          <w:sz w:val="28"/>
          <w:szCs w:val="28"/>
        </w:rPr>
        <w:t>Trưởng Ban Biên tập hoặc người được giao duyệt xác nhận nội dung cuối cùng trước khi đăng. Ý kiến duyệt phải xác định được người duyệt, thời điểm và bản nội dung được duyệt</w:t>
      </w:r>
      <w:r w:rsidRPr="00A545F9">
        <w:rPr>
          <w:sz w:val="28"/>
          <w:szCs w:val="28"/>
        </w:rPr>
        <w:t xml:space="preserve">. </w:t>
      </w:r>
      <w:r w:rsidR="00BE6AD4" w:rsidRPr="00A545F9">
        <w:rPr>
          <w:sz w:val="28"/>
          <w:szCs w:val="28"/>
        </w:rPr>
        <w:t xml:space="preserve">Mọi thay đổi làm khác nội dung đã duyệt phải được duyệt lại. </w:t>
      </w:r>
    </w:p>
    <w:p w14:paraId="4074B92C" w14:textId="6BD2F1FD" w:rsidR="006B0C96" w:rsidRPr="00A545F9" w:rsidRDefault="00000000" w:rsidP="00A545F9">
      <w:pPr>
        <w:spacing w:before="120" w:after="120" w:line="276" w:lineRule="auto"/>
        <w:ind w:firstLine="567"/>
        <w:jc w:val="both"/>
        <w:rPr>
          <w:sz w:val="28"/>
          <w:szCs w:val="28"/>
        </w:rPr>
      </w:pPr>
      <w:r w:rsidRPr="00A545F9">
        <w:rPr>
          <w:sz w:val="28"/>
          <w:szCs w:val="28"/>
        </w:rPr>
        <w:t xml:space="preserve">4. Đăng </w:t>
      </w:r>
      <w:r w:rsidR="00BE6AD4" w:rsidRPr="00A545F9">
        <w:rPr>
          <w:sz w:val="28"/>
          <w:szCs w:val="28"/>
        </w:rPr>
        <w:t>tin</w:t>
      </w:r>
      <w:r w:rsidRPr="00A545F9">
        <w:rPr>
          <w:sz w:val="28"/>
          <w:szCs w:val="28"/>
        </w:rPr>
        <w:t>: người quản trị đăng đúng bản</w:t>
      </w:r>
      <w:r w:rsidR="00BE6AD4" w:rsidRPr="00A545F9">
        <w:rPr>
          <w:sz w:val="28"/>
          <w:szCs w:val="28"/>
        </w:rPr>
        <w:t xml:space="preserve"> được</w:t>
      </w:r>
      <w:r w:rsidRPr="00A545F9">
        <w:rPr>
          <w:sz w:val="28"/>
          <w:szCs w:val="28"/>
        </w:rPr>
        <w:t xml:space="preserve"> duyệt, đúng chuyên mục; kiểm tra hiển thị, tệp, liên kết, nguồn và ngày đăng. Tin thường xuyên được xử lý trong 01 ngày làm việc kể từ khi nhận đủ nội dung hợp lệ, đồng thời bảo đảm thời hạn chung tại Điều 4.</w:t>
      </w:r>
    </w:p>
    <w:p w14:paraId="58F09BF5" w14:textId="77777777" w:rsidR="006B0C96" w:rsidRPr="00A545F9" w:rsidRDefault="00000000" w:rsidP="00A545F9">
      <w:pPr>
        <w:pStyle w:val="Heading2"/>
        <w:spacing w:before="120" w:after="120" w:line="276" w:lineRule="auto"/>
        <w:ind w:firstLine="567"/>
        <w:rPr>
          <w:sz w:val="28"/>
          <w:szCs w:val="28"/>
        </w:rPr>
      </w:pPr>
      <w:r w:rsidRPr="00A545F9">
        <w:rPr>
          <w:sz w:val="28"/>
          <w:szCs w:val="28"/>
        </w:rPr>
        <w:t>Điều 6. Cập nhật, sửa thông tin và xử lý hỏi đáp</w:t>
      </w:r>
    </w:p>
    <w:p w14:paraId="219BF114" w14:textId="6302FEE3" w:rsidR="006B0C96" w:rsidRPr="00A545F9" w:rsidRDefault="00000000" w:rsidP="00A545F9">
      <w:pPr>
        <w:spacing w:before="120" w:after="120" w:line="276" w:lineRule="auto"/>
        <w:ind w:firstLine="567"/>
        <w:jc w:val="both"/>
        <w:rPr>
          <w:sz w:val="28"/>
          <w:szCs w:val="28"/>
        </w:rPr>
      </w:pPr>
      <w:r w:rsidRPr="00A545F9">
        <w:rPr>
          <w:sz w:val="28"/>
          <w:szCs w:val="28"/>
        </w:rPr>
        <w:t xml:space="preserve">1. Thành viên, phòng và đơn vị phụ trách rà soát thông tin cũ, thay đổi, hết hiệu lực hoặc sai. Khi phát hiện </w:t>
      </w:r>
      <w:r w:rsidR="00F37D03" w:rsidRPr="00A545F9">
        <w:rPr>
          <w:sz w:val="28"/>
          <w:szCs w:val="28"/>
        </w:rPr>
        <w:t xml:space="preserve">thông tin </w:t>
      </w:r>
      <w:r w:rsidRPr="00A545F9">
        <w:rPr>
          <w:sz w:val="28"/>
          <w:szCs w:val="28"/>
        </w:rPr>
        <w:t xml:space="preserve">sai sót, báo ngay </w:t>
      </w:r>
      <w:r w:rsidR="00BE6AD4" w:rsidRPr="00A545F9">
        <w:rPr>
          <w:sz w:val="28"/>
          <w:szCs w:val="28"/>
        </w:rPr>
        <w:t>cho quản trị Văn phòng Ban</w:t>
      </w:r>
      <w:r w:rsidR="00F37D03" w:rsidRPr="00A545F9">
        <w:rPr>
          <w:sz w:val="28"/>
          <w:szCs w:val="28"/>
        </w:rPr>
        <w:t>;</w:t>
      </w:r>
      <w:r w:rsidRPr="00A545F9">
        <w:rPr>
          <w:sz w:val="28"/>
          <w:szCs w:val="28"/>
        </w:rPr>
        <w:t xml:space="preserve"> xác nhận nội dung đúng và đề xuất chỉnh sửa, đính chính hoặc gỡ bỏ</w:t>
      </w:r>
      <w:r w:rsidR="00BE6AD4" w:rsidRPr="00A545F9">
        <w:rPr>
          <w:sz w:val="28"/>
          <w:szCs w:val="28"/>
        </w:rPr>
        <w:t xml:space="preserve"> theo quy định.</w:t>
      </w:r>
      <w:r w:rsidRPr="00A545F9">
        <w:rPr>
          <w:sz w:val="28"/>
          <w:szCs w:val="28"/>
        </w:rPr>
        <w:t xml:space="preserve"> </w:t>
      </w:r>
    </w:p>
    <w:p w14:paraId="1BFB8475" w14:textId="77777777" w:rsidR="005B66B6" w:rsidRPr="00A545F9" w:rsidRDefault="00000000" w:rsidP="00A545F9">
      <w:pPr>
        <w:spacing w:before="120" w:after="120" w:line="276" w:lineRule="auto"/>
        <w:ind w:firstLine="567"/>
        <w:jc w:val="both"/>
        <w:rPr>
          <w:sz w:val="28"/>
          <w:szCs w:val="28"/>
        </w:rPr>
      </w:pPr>
      <w:r w:rsidRPr="00A545F9">
        <w:rPr>
          <w:sz w:val="28"/>
          <w:szCs w:val="28"/>
        </w:rPr>
        <w:t xml:space="preserve">2. </w:t>
      </w:r>
      <w:r w:rsidR="005B66B6" w:rsidRPr="00A545F9">
        <w:rPr>
          <w:sz w:val="28"/>
          <w:szCs w:val="28"/>
        </w:rPr>
        <w:t>Văn phòng Ban tiếp nhận, phân loại nội dung hỏi đáp trực tuyến và chuyển phòng, đơn vị có liên quan xử lý. Việc tiếp nhận, xử lý và trả lời thực hiện theo thời hạn quy định tại Quyết định số 31/2025/QĐ-UBND và quy định pháp luật có liên quan. Nội dung không thuộc chức năng, nhiệm vụ của Ban được hướng dẫn hoặc chuyển cơ quan có thẩm quyền theo quy định.</w:t>
      </w:r>
    </w:p>
    <w:p w14:paraId="1AE4E853" w14:textId="5DBFA3CB" w:rsidR="006B0C96" w:rsidRPr="00A545F9" w:rsidRDefault="00000000" w:rsidP="00A545F9">
      <w:pPr>
        <w:spacing w:before="120" w:after="120" w:line="276" w:lineRule="auto"/>
        <w:ind w:firstLine="567"/>
        <w:jc w:val="both"/>
        <w:rPr>
          <w:sz w:val="28"/>
          <w:szCs w:val="28"/>
        </w:rPr>
      </w:pPr>
      <w:r w:rsidRPr="00A545F9">
        <w:rPr>
          <w:sz w:val="28"/>
          <w:szCs w:val="28"/>
        </w:rPr>
        <w:t>3. Đơn vị chủ trì chịu trách nhiệm nội dung trả lời; Văn phòng Ban theo dõi, đôn đốc và công khai phần được phép công khai. Yêu cầu tiếp cận thông tin, phản ánh về thủ tục hành chính, khiếu nại, tố cáo và hồ sơ dịch vụ công được chuyển, xử lý theo quy trình và thời hạn riêng.</w:t>
      </w:r>
    </w:p>
    <w:p w14:paraId="5AB16987" w14:textId="77777777" w:rsidR="006B0C96" w:rsidRPr="00A545F9" w:rsidRDefault="00000000" w:rsidP="00A545F9">
      <w:pPr>
        <w:pStyle w:val="Heading2"/>
        <w:spacing w:before="120" w:after="120" w:line="276" w:lineRule="auto"/>
        <w:ind w:firstLine="567"/>
        <w:rPr>
          <w:sz w:val="28"/>
          <w:szCs w:val="28"/>
        </w:rPr>
      </w:pPr>
      <w:r w:rsidRPr="00A545F9">
        <w:rPr>
          <w:sz w:val="28"/>
          <w:szCs w:val="28"/>
        </w:rPr>
        <w:t>Điều 7. Quản trị, vận hành và an toàn thông tin</w:t>
      </w:r>
    </w:p>
    <w:p w14:paraId="632A54C8" w14:textId="7EC0F845" w:rsidR="006B0C96" w:rsidRPr="00A545F9" w:rsidRDefault="00000000" w:rsidP="00A545F9">
      <w:pPr>
        <w:spacing w:before="120" w:after="120" w:line="276" w:lineRule="auto"/>
        <w:ind w:firstLine="567"/>
        <w:jc w:val="both"/>
        <w:rPr>
          <w:sz w:val="28"/>
          <w:szCs w:val="28"/>
        </w:rPr>
      </w:pPr>
      <w:r w:rsidRPr="00A545F9">
        <w:rPr>
          <w:sz w:val="28"/>
          <w:szCs w:val="28"/>
        </w:rPr>
        <w:t xml:space="preserve">1. </w:t>
      </w:r>
      <w:r w:rsidR="00F37D03" w:rsidRPr="00A545F9">
        <w:rPr>
          <w:sz w:val="28"/>
          <w:szCs w:val="28"/>
        </w:rPr>
        <w:t>Văn phòng Ban bố trí người quản trị và người thay thế khi cần thiết; tổ chức đăng tải nội dung đã được duyệt; phối hợp với đơn vị kỹ thuật bảo đảm Website hoạt động ổn định</w:t>
      </w:r>
      <w:r w:rsidRPr="00A545F9">
        <w:rPr>
          <w:sz w:val="28"/>
          <w:szCs w:val="28"/>
        </w:rPr>
        <w:t>, kết nối với Cổng thông tin điện tử tỉnh, đáp ứng yêu cầu về cấu trúc, chức năng, hiệu năng, khả năng tiếp cận và an toàn thông tin theo Quyết định số 31/2025/QĐ-UBND</w:t>
      </w:r>
      <w:r w:rsidR="00CE67C4" w:rsidRPr="00A545F9">
        <w:rPr>
          <w:sz w:val="28"/>
          <w:szCs w:val="28"/>
        </w:rPr>
        <w:t xml:space="preserve"> </w:t>
      </w:r>
      <w:r w:rsidRPr="00A545F9">
        <w:rPr>
          <w:sz w:val="28"/>
          <w:szCs w:val="28"/>
        </w:rPr>
        <w:t>và hướng dẫn của cơ quan có thẩm quyền.</w:t>
      </w:r>
    </w:p>
    <w:p w14:paraId="6A035658" w14:textId="3A597E04" w:rsidR="006B0C96" w:rsidRPr="00A545F9" w:rsidRDefault="00000000" w:rsidP="00A545F9">
      <w:pPr>
        <w:spacing w:before="120" w:after="120" w:line="276" w:lineRule="auto"/>
        <w:ind w:firstLine="567"/>
        <w:jc w:val="both"/>
        <w:rPr>
          <w:sz w:val="28"/>
          <w:szCs w:val="28"/>
        </w:rPr>
      </w:pPr>
      <w:r w:rsidRPr="00A545F9">
        <w:rPr>
          <w:sz w:val="28"/>
          <w:szCs w:val="28"/>
        </w:rPr>
        <w:t xml:space="preserve">2. Người quản trị sử dụng tài khoản cá nhân, bảo mật thông tin truy cập, thực hiện đúng quyền được cấp; theo dõi lỗi, sao lưu, nhật ký và phối hợp kiểm thử phục hồi. </w:t>
      </w:r>
      <w:r w:rsidR="00F37D03" w:rsidRPr="00A545F9">
        <w:rPr>
          <w:sz w:val="28"/>
          <w:szCs w:val="28"/>
        </w:rPr>
        <w:t>Phối hợp với đơn vị kỹ thuật thực hiện phương án sao lưu, phục hồi dữ liệu, bảo đảm sẵn sàng phục hồi trong 24 giờ ngay sau khi hệ thống gặp sự cố theo quy định.</w:t>
      </w:r>
      <w:r w:rsidRPr="00A545F9">
        <w:rPr>
          <w:sz w:val="28"/>
          <w:szCs w:val="28"/>
        </w:rPr>
        <w:t xml:space="preserve"> Khi thay đổi nhiệm vụ phải bàn giao hồ sơ, dữ liệu, quyền quản lý và thu hồi quyền truy cập không còn cần thiết.</w:t>
      </w:r>
    </w:p>
    <w:p w14:paraId="07952173" w14:textId="24AEE14C" w:rsidR="002B65B3" w:rsidRPr="00A545F9" w:rsidRDefault="00000000" w:rsidP="00A545F9">
      <w:pPr>
        <w:spacing w:before="120" w:after="120" w:line="276" w:lineRule="auto"/>
        <w:ind w:firstLine="567"/>
        <w:jc w:val="both"/>
        <w:rPr>
          <w:sz w:val="28"/>
          <w:szCs w:val="28"/>
        </w:rPr>
      </w:pPr>
      <w:r w:rsidRPr="00A545F9">
        <w:rPr>
          <w:sz w:val="28"/>
          <w:szCs w:val="28"/>
        </w:rPr>
        <w:lastRenderedPageBreak/>
        <w:t xml:space="preserve">3. </w:t>
      </w:r>
      <w:r w:rsidR="002B65B3" w:rsidRPr="00A545F9">
        <w:rPr>
          <w:sz w:val="28"/>
          <w:szCs w:val="28"/>
        </w:rPr>
        <w:t xml:space="preserve">Khi phát hiện sự cố kỹ thuật hoặc nguy cơ mất an toàn, </w:t>
      </w:r>
      <w:proofErr w:type="gramStart"/>
      <w:r w:rsidR="002B65B3" w:rsidRPr="00A545F9">
        <w:rPr>
          <w:sz w:val="28"/>
          <w:szCs w:val="28"/>
        </w:rPr>
        <w:t>an</w:t>
      </w:r>
      <w:proofErr w:type="gramEnd"/>
      <w:r w:rsidR="002B65B3" w:rsidRPr="00A545F9">
        <w:rPr>
          <w:sz w:val="28"/>
          <w:szCs w:val="28"/>
        </w:rPr>
        <w:t xml:space="preserve"> ninh thông tin, kịp thời báo cáo và phối hợp Sở Khoa học và Công nghệ, Công an tỉnh để xử lý theo quy định; phối hợp Văn phòng UBND tỉnh và đơn vị vận hành khi liên quan nền tảng dùng chung.</w:t>
      </w:r>
    </w:p>
    <w:p w14:paraId="308365CF" w14:textId="0618FC56" w:rsidR="006B0C96" w:rsidRPr="00A545F9" w:rsidRDefault="00000000" w:rsidP="00A545F9">
      <w:pPr>
        <w:spacing w:before="120" w:after="120" w:line="276" w:lineRule="auto"/>
        <w:ind w:firstLine="567"/>
        <w:jc w:val="both"/>
        <w:rPr>
          <w:b/>
          <w:bCs/>
          <w:sz w:val="28"/>
          <w:szCs w:val="28"/>
        </w:rPr>
      </w:pPr>
      <w:r w:rsidRPr="00A545F9">
        <w:rPr>
          <w:b/>
          <w:bCs/>
          <w:sz w:val="28"/>
          <w:szCs w:val="28"/>
        </w:rPr>
        <w:t>Điều 8. Kinh phí, nhuận bút và thù lao</w:t>
      </w:r>
    </w:p>
    <w:p w14:paraId="3BE583AD" w14:textId="77777777" w:rsidR="006B0C96" w:rsidRPr="00A545F9" w:rsidRDefault="00000000" w:rsidP="00A545F9">
      <w:pPr>
        <w:spacing w:before="120" w:after="120" w:line="276" w:lineRule="auto"/>
        <w:ind w:firstLine="567"/>
        <w:jc w:val="both"/>
        <w:rPr>
          <w:sz w:val="28"/>
          <w:szCs w:val="28"/>
        </w:rPr>
      </w:pPr>
      <w:r w:rsidRPr="00A545F9">
        <w:rPr>
          <w:sz w:val="28"/>
          <w:szCs w:val="28"/>
        </w:rPr>
        <w:t>1. Văn phòng Ban tổng hợp nhu cầu, lập dự toán kinh phí duy trì, nâng cấp, bảo trì, đào tạo và hoạt động nội dung; trình cấp có thẩm quyền phê duyệt, thanh toán và quyết toán theo quy định.</w:t>
      </w:r>
    </w:p>
    <w:p w14:paraId="1FED13C9" w14:textId="77777777" w:rsidR="005B66B6" w:rsidRPr="00A545F9" w:rsidRDefault="00000000" w:rsidP="00A545F9">
      <w:pPr>
        <w:spacing w:before="120" w:after="120" w:line="276" w:lineRule="auto"/>
        <w:ind w:firstLine="567"/>
        <w:jc w:val="both"/>
        <w:rPr>
          <w:sz w:val="28"/>
          <w:szCs w:val="28"/>
        </w:rPr>
      </w:pPr>
      <w:r w:rsidRPr="00A545F9">
        <w:rPr>
          <w:sz w:val="28"/>
          <w:szCs w:val="28"/>
        </w:rPr>
        <w:t xml:space="preserve">2. </w:t>
      </w:r>
      <w:r w:rsidR="005B66B6" w:rsidRPr="00A545F9">
        <w:rPr>
          <w:sz w:val="28"/>
          <w:szCs w:val="28"/>
        </w:rPr>
        <w:t>Chế độ nhuận bút, thù lao và các khoản chi phục vụ hoạt động Trang thông tin điện tử thực hiện theo quy định của pháp luật hiện hành và trong phạm vi dự toán được cấp có thẩm quyền phê duyệt.</w:t>
      </w:r>
    </w:p>
    <w:p w14:paraId="6E7DC6C3" w14:textId="575CD891" w:rsidR="006B0C96" w:rsidRPr="00A545F9" w:rsidRDefault="00000000" w:rsidP="00A545F9">
      <w:pPr>
        <w:spacing w:before="120" w:after="120" w:line="276" w:lineRule="auto"/>
        <w:ind w:firstLine="567"/>
        <w:jc w:val="both"/>
        <w:rPr>
          <w:sz w:val="28"/>
          <w:szCs w:val="28"/>
        </w:rPr>
      </w:pPr>
      <w:r w:rsidRPr="00A545F9">
        <w:rPr>
          <w:sz w:val="28"/>
          <w:szCs w:val="28"/>
        </w:rPr>
        <w:t>3. Thù lao cho Ban Biên tập kiêm nhiệm được phân bổ theo công việc thực tế, trong tổng mức</w:t>
      </w:r>
      <w:r w:rsidR="00CE67C4" w:rsidRPr="00A545F9">
        <w:rPr>
          <w:sz w:val="28"/>
          <w:szCs w:val="28"/>
        </w:rPr>
        <w:t xml:space="preserve"> theo</w:t>
      </w:r>
      <w:r w:rsidRPr="00A545F9">
        <w:rPr>
          <w:sz w:val="28"/>
          <w:szCs w:val="28"/>
        </w:rPr>
        <w:t xml:space="preserve"> quy định; trình người có thẩm quyền phê duyệt; không chi cho sản phẩm không sử dụng hoặc thanh toán trùng công việc.</w:t>
      </w:r>
    </w:p>
    <w:p w14:paraId="6A3F2A56" w14:textId="77777777" w:rsidR="006B0C96" w:rsidRPr="00A545F9" w:rsidRDefault="00000000" w:rsidP="00A545F9">
      <w:pPr>
        <w:pStyle w:val="Heading2"/>
        <w:spacing w:before="120" w:after="120" w:line="276" w:lineRule="auto"/>
        <w:ind w:firstLine="567"/>
        <w:rPr>
          <w:sz w:val="28"/>
          <w:szCs w:val="28"/>
        </w:rPr>
      </w:pPr>
      <w:r w:rsidRPr="00A545F9">
        <w:rPr>
          <w:sz w:val="28"/>
          <w:szCs w:val="28"/>
        </w:rPr>
        <w:t>Điều 9. Kiểm tra, đánh giá và báo cáo</w:t>
      </w:r>
    </w:p>
    <w:p w14:paraId="69025E30" w14:textId="0BCB30AF" w:rsidR="00CD0780" w:rsidRPr="00A545F9" w:rsidRDefault="00000000" w:rsidP="00A545F9">
      <w:pPr>
        <w:spacing w:before="120" w:after="120" w:line="276" w:lineRule="auto"/>
        <w:ind w:firstLine="567"/>
        <w:jc w:val="both"/>
        <w:rPr>
          <w:sz w:val="28"/>
          <w:szCs w:val="28"/>
        </w:rPr>
      </w:pPr>
      <w:r w:rsidRPr="00A545F9">
        <w:rPr>
          <w:sz w:val="28"/>
          <w:szCs w:val="28"/>
        </w:rPr>
        <w:t xml:space="preserve">1. </w:t>
      </w:r>
      <w:r w:rsidR="005B66B6" w:rsidRPr="00A545F9">
        <w:rPr>
          <w:sz w:val="28"/>
          <w:szCs w:val="28"/>
        </w:rPr>
        <w:t>Văn phòng Ban phối hợp Ban Biên tập theo dõi việc cung cấp, cập nhật thông tin, thực hiện nhiệm vụ tuyên truyền, hỏi đáp; tình trạng vận hành, kỹ thuật và việc thực hiện các nội dung liên quan đến kinh phí theo quy định.</w:t>
      </w:r>
      <w:r w:rsidR="002B65B3" w:rsidRPr="00A545F9">
        <w:rPr>
          <w:sz w:val="28"/>
          <w:szCs w:val="28"/>
        </w:rPr>
        <w:t xml:space="preserve"> </w:t>
      </w:r>
      <w:r w:rsidR="00CD0780" w:rsidRPr="00A545F9">
        <w:rPr>
          <w:sz w:val="28"/>
          <w:szCs w:val="28"/>
        </w:rPr>
        <w:t>Tổng hợp báo cáo tháng, năm và đột xuất, trình Lãnh đạo Ban để gửi cơ quan có thẩm quyền theo yêu cầu.</w:t>
      </w:r>
    </w:p>
    <w:p w14:paraId="3A9C858C" w14:textId="77777777" w:rsidR="00CD0780" w:rsidRPr="00A545F9" w:rsidRDefault="00000000" w:rsidP="00A545F9">
      <w:pPr>
        <w:spacing w:before="120" w:after="120" w:line="276" w:lineRule="auto"/>
        <w:ind w:firstLine="567"/>
        <w:jc w:val="both"/>
        <w:rPr>
          <w:sz w:val="28"/>
          <w:szCs w:val="28"/>
        </w:rPr>
      </w:pPr>
      <w:r w:rsidRPr="00A545F9">
        <w:rPr>
          <w:sz w:val="28"/>
          <w:szCs w:val="28"/>
        </w:rPr>
        <w:t xml:space="preserve">2. </w:t>
      </w:r>
      <w:r w:rsidR="00CD0780" w:rsidRPr="00A545F9">
        <w:rPr>
          <w:sz w:val="28"/>
          <w:szCs w:val="28"/>
        </w:rPr>
        <w:t>Trưởng các phòng, đơn vị, thành viên Ban Biên tập và người quản trị chịu trách nhiệm về tiến độ, chất lượng phần việc được giao. Kết quả thực hiện là căn cứ xem xét đánh giá nhiệm vụ và trách nhiệm theo quy định; sai sót, chậm trễ phải được giải trình, khắc phục và báo cáo.</w:t>
      </w:r>
    </w:p>
    <w:p w14:paraId="462FAECF" w14:textId="5D0D801D" w:rsidR="00410C92" w:rsidRPr="00A545F9" w:rsidRDefault="00CD0780" w:rsidP="00A545F9">
      <w:pPr>
        <w:spacing w:before="120" w:after="120" w:line="276" w:lineRule="auto"/>
        <w:ind w:firstLine="567"/>
        <w:jc w:val="both"/>
        <w:rPr>
          <w:sz w:val="28"/>
          <w:szCs w:val="28"/>
        </w:rPr>
      </w:pPr>
      <w:r w:rsidRPr="00A545F9">
        <w:rPr>
          <w:sz w:val="28"/>
          <w:szCs w:val="28"/>
        </w:rPr>
        <w:t xml:space="preserve">3. </w:t>
      </w:r>
      <w:r w:rsidR="00410C92" w:rsidRPr="00A545F9">
        <w:rPr>
          <w:sz w:val="28"/>
          <w:szCs w:val="28"/>
        </w:rPr>
        <w:t>Văn phòng Ban chủ trì, phối hợp với Ban Biên tập và các phòng, đơn vị tổ chức tự kiểm tra, đánh giá chất lượng Website theo Quyết định số 4049/QĐ-UBND ngày 23/9/2026 và hướng dẫn của UBND tỉnh. Các thành viên, phòng, đơn vị xác nhận, giải trình thông tin, số liệu thuộc lĩnh vực phụ trách; Chỉ xác nhận tiêu chí đạt khi có đầy đủ căn cứ, minh chứng. Đối với tiêu chí chưa đạt, xác định rõ đầu mối, biện pháp, thời hạn khắc phục</w:t>
      </w:r>
      <w:r w:rsidR="00410C92" w:rsidRPr="00A545F9">
        <w:rPr>
          <w:sz w:val="28"/>
          <w:szCs w:val="28"/>
        </w:rPr>
        <w:t>.</w:t>
      </w:r>
    </w:p>
    <w:p w14:paraId="5C69F01E" w14:textId="664D7FE0" w:rsidR="006B0C96" w:rsidRPr="00A545F9" w:rsidRDefault="00000000" w:rsidP="00A545F9">
      <w:pPr>
        <w:spacing w:before="120" w:after="120" w:line="276" w:lineRule="auto"/>
        <w:ind w:firstLine="567"/>
        <w:jc w:val="both"/>
        <w:rPr>
          <w:b/>
          <w:bCs/>
          <w:sz w:val="28"/>
          <w:szCs w:val="28"/>
        </w:rPr>
      </w:pPr>
      <w:r w:rsidRPr="00A545F9">
        <w:rPr>
          <w:b/>
          <w:bCs/>
          <w:sz w:val="28"/>
          <w:szCs w:val="28"/>
        </w:rPr>
        <w:t>Điều 10. Tổ chức thực hiện</w:t>
      </w:r>
    </w:p>
    <w:p w14:paraId="672D8570" w14:textId="69F8B239" w:rsidR="006B0C96" w:rsidRPr="00A545F9" w:rsidRDefault="00000000" w:rsidP="00A545F9">
      <w:pPr>
        <w:spacing w:before="120" w:after="120" w:line="276" w:lineRule="auto"/>
        <w:ind w:firstLine="567"/>
        <w:jc w:val="both"/>
        <w:rPr>
          <w:sz w:val="28"/>
          <w:szCs w:val="28"/>
        </w:rPr>
      </w:pPr>
      <w:r w:rsidRPr="00A545F9">
        <w:rPr>
          <w:sz w:val="28"/>
          <w:szCs w:val="28"/>
        </w:rPr>
        <w:t xml:space="preserve">1. Trưởng Ban Biên tập, Chánh Văn phòng, Trưởng các phòng và Thủ trưởng đơn vị trực thuộc tổ chức thực hiện Quy chế; phân công đầu mối, cung cấp thông tin và phối hợp xử lý công việc đúng hạn. </w:t>
      </w:r>
    </w:p>
    <w:p w14:paraId="58651205" w14:textId="77777777" w:rsidR="006B0C96" w:rsidRPr="00A545F9" w:rsidRDefault="00000000" w:rsidP="00A545F9">
      <w:pPr>
        <w:spacing w:before="120" w:after="120" w:line="276" w:lineRule="auto"/>
        <w:ind w:firstLine="567"/>
        <w:jc w:val="both"/>
        <w:rPr>
          <w:sz w:val="28"/>
          <w:szCs w:val="28"/>
        </w:rPr>
      </w:pPr>
      <w:r w:rsidRPr="00A545F9">
        <w:rPr>
          <w:sz w:val="28"/>
          <w:szCs w:val="28"/>
        </w:rPr>
        <w:lastRenderedPageBreak/>
        <w:t>2. Nội dung chưa quy định tại Quy chế này thực hiện theo Quyết định số 31/2025/QĐ-UBND và pháp luật liên quan. Khi văn bản được dẫn chiếu sửa đổi, bổ sung hoặc thay thế, áp dụng quy định có hiệu lực. Vướng mắc phát sinh gửi Văn phòng Ban để tổng hợp, báo cáo Trưởng Ban Quản lý Khu kinh tế xem xét, quyết định./.</w:t>
      </w:r>
    </w:p>
    <w:sectPr w:rsidR="006B0C96" w:rsidRPr="00A545F9" w:rsidSect="00A545F9">
      <w:headerReference w:type="default" r:id="rId8"/>
      <w:footerReference w:type="default" r:id="rId9"/>
      <w:pgSz w:w="11906" w:h="16838"/>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825BC" w14:textId="77777777" w:rsidR="00956FB1" w:rsidRDefault="00956FB1">
      <w:pPr>
        <w:spacing w:after="0" w:line="240" w:lineRule="auto"/>
      </w:pPr>
      <w:r>
        <w:separator/>
      </w:r>
    </w:p>
  </w:endnote>
  <w:endnote w:type="continuationSeparator" w:id="0">
    <w:p w14:paraId="130EB611" w14:textId="77777777" w:rsidR="00956FB1" w:rsidRDefault="00956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673CE" w14:textId="4B3C1856" w:rsidR="006B0C96" w:rsidRDefault="006B0C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0764F" w14:textId="77777777" w:rsidR="00956FB1" w:rsidRDefault="00956FB1">
      <w:pPr>
        <w:spacing w:after="0" w:line="240" w:lineRule="auto"/>
      </w:pPr>
      <w:r>
        <w:separator/>
      </w:r>
    </w:p>
  </w:footnote>
  <w:footnote w:type="continuationSeparator" w:id="0">
    <w:p w14:paraId="5CC85C28" w14:textId="77777777" w:rsidR="00956FB1" w:rsidRDefault="00956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211278"/>
      <w:docPartObj>
        <w:docPartGallery w:val="Page Numbers (Top of Page)"/>
        <w:docPartUnique/>
      </w:docPartObj>
    </w:sdtPr>
    <w:sdtEndPr>
      <w:rPr>
        <w:noProof/>
      </w:rPr>
    </w:sdtEndPr>
    <w:sdtContent>
      <w:p w14:paraId="4EEFB01D" w14:textId="32DA51AC" w:rsidR="00A545F9" w:rsidRDefault="00A545F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4BA0E9C" w14:textId="77777777" w:rsidR="00A545F9" w:rsidRDefault="00A545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42660867">
    <w:abstractNumId w:val="8"/>
  </w:num>
  <w:num w:numId="2" w16cid:durableId="1871065792">
    <w:abstractNumId w:val="6"/>
  </w:num>
  <w:num w:numId="3" w16cid:durableId="58596876">
    <w:abstractNumId w:val="5"/>
  </w:num>
  <w:num w:numId="4" w16cid:durableId="1452894826">
    <w:abstractNumId w:val="4"/>
  </w:num>
  <w:num w:numId="5" w16cid:durableId="313921856">
    <w:abstractNumId w:val="7"/>
  </w:num>
  <w:num w:numId="6" w16cid:durableId="2002149680">
    <w:abstractNumId w:val="3"/>
  </w:num>
  <w:num w:numId="7" w16cid:durableId="1131247674">
    <w:abstractNumId w:val="2"/>
  </w:num>
  <w:num w:numId="8" w16cid:durableId="1507935402">
    <w:abstractNumId w:val="1"/>
  </w:num>
  <w:num w:numId="9" w16cid:durableId="1412384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49C"/>
    <w:rsid w:val="00034616"/>
    <w:rsid w:val="0006063C"/>
    <w:rsid w:val="0015074B"/>
    <w:rsid w:val="00250FFA"/>
    <w:rsid w:val="0029639D"/>
    <w:rsid w:val="002B65B3"/>
    <w:rsid w:val="00326F90"/>
    <w:rsid w:val="003A5F33"/>
    <w:rsid w:val="003C15B9"/>
    <w:rsid w:val="00410C92"/>
    <w:rsid w:val="00477E2F"/>
    <w:rsid w:val="004E7911"/>
    <w:rsid w:val="005B66B6"/>
    <w:rsid w:val="006B0C96"/>
    <w:rsid w:val="00755A0C"/>
    <w:rsid w:val="007B2636"/>
    <w:rsid w:val="00843DA0"/>
    <w:rsid w:val="008E649D"/>
    <w:rsid w:val="009501AE"/>
    <w:rsid w:val="00956FB1"/>
    <w:rsid w:val="009D431D"/>
    <w:rsid w:val="00A545F9"/>
    <w:rsid w:val="00AA1D8D"/>
    <w:rsid w:val="00B47730"/>
    <w:rsid w:val="00BE6AD4"/>
    <w:rsid w:val="00C266E5"/>
    <w:rsid w:val="00CB0664"/>
    <w:rsid w:val="00CD0780"/>
    <w:rsid w:val="00CE67C4"/>
    <w:rsid w:val="00D35D3C"/>
    <w:rsid w:val="00DE7C42"/>
    <w:rsid w:val="00E816EC"/>
    <w:rsid w:val="00EF584C"/>
    <w:rsid w:val="00F37D03"/>
    <w:rsid w:val="00F6178D"/>
    <w:rsid w:val="00FB01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9534E7"/>
  <w14:defaultImageDpi w14:val="300"/>
  <w15:docId w15:val="{8738D87B-64BA-4FF0-8839-05202C391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Times New Roman" w:eastAsia="Times New Roman" w:hAnsi="Times New Roman" w:cs="Times New Roman"/>
      <w:color w:val="000000"/>
      <w:sz w:val="26"/>
    </w:rPr>
  </w:style>
  <w:style w:type="paragraph" w:styleId="Heading1">
    <w:name w:val="heading 1"/>
    <w:basedOn w:val="Normal"/>
    <w:next w:val="Normal"/>
    <w:link w:val="Heading1Char"/>
    <w:uiPriority w:val="9"/>
    <w:qFormat/>
    <w:rsid w:val="00FC693F"/>
    <w:pPr>
      <w:keepNext/>
      <w:keepLines/>
      <w:spacing w:before="480"/>
      <w:outlineLvl w:val="0"/>
    </w:pPr>
    <w:rPr>
      <w:rFonts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contextualSpacing/>
    </w:pPr>
    <w:rPr>
      <w:rFonts w:cstheme="majorBidi"/>
      <w:b/>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cs="Times New Roman"/>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cs="Times New Roman"/>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7</Pages>
  <Words>1722</Words>
  <Characters>9818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bqlkkt18</cp:lastModifiedBy>
  <cp:revision>7</cp:revision>
  <cp:lastPrinted>2026-10-04T04:22:00Z</cp:lastPrinted>
  <dcterms:created xsi:type="dcterms:W3CDTF">2026-10-02T01:34:00Z</dcterms:created>
  <dcterms:modified xsi:type="dcterms:W3CDTF">2026-10-04T04:22:00Z</dcterms:modified>
  <cp:category/>
</cp:coreProperties>
</file>